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8Sd/148/2015 z 13. 2. 2017</w:t>
      </w:r>
    </w:p>
    <w:p>
      <w:r>
        <w:t>Uznesenie Krajského súdu Bratislava z 13. februára 2017, sp. zn. 8Sd/148/2015, ECLI:SK:KSBA:2017:1015202157.1</w:t>
      </w:r>
    </w:p>
    <w:p>
      <w:r>
        <w:t>Súd: Krajský súd Bratislava</w:t>
      </w:r>
    </w:p>
    <w:p>
      <w:r>
        <w:t>Spisová značka: 8Sd/148/2015</w:t>
      </w:r>
    </w:p>
    <w:p>
      <w:r>
        <w:t>ECLI: ECLI:SK:KSBA:2017:1015202157.1</w:t>
      </w:r>
    </w:p>
    <w:p>
      <w:r>
        <w:t>Dátum vydania: 13. 2. 2017</w:t>
      </w:r>
    </w:p>
    <w:p>
      <w:r>
        <w:t>Forma: Uznesenie</w:t>
      </w:r>
    </w:p>
    <w:p>
      <w:pPr>
        <w:pStyle w:val="Heading2"/>
      </w:pPr>
      <w:r>
        <w:t>Text rozhodnutia</w:t>
      </w:r>
    </w:p>
    <w:p>
      <w:r>
        <w:t>Súd: Krajský súd Bratislava Spisová značka: 8Sd/148/2015 Identifikačné číslo súdneho spisu: 1015202157 Dátum vydania rozhodnutia: 14. 02. 2017 Meno a priezvisko sudcu, VSÚ: JUDr. Ľubomír Šramko ECLI: ECLI:SK:KSBA:2017:1015202157.1 Uznesenie Krajský súd v Bratislave v právnej veci navrhovateľky: Ľ. Y., bytom Q. X, R. proti odporkyni: Sociálna poisťovňa, ústredie so sídlom Ulica 29. Augusta 8-10, Bratislava v konaní o opravnom prostriedku navrhovateľky zo dňa 3.8.2015 proti rozhodnutiu odporkyne č.: XXX XXX XXXX 0 zo dňa 1.7.2015 takto r o z h o d o l : Krajský súd v Bratislave konanie z a s t a v u j e . Žiaden z účastníkov konania nemá právo na náhradu trov tohto konania. o d ô v o d n e n i e : Dňa 28.12.2015 bol konajúcemu Krajskému súdu v Bratislave (ďalej len „súd“) prostredníctvom odporkyne doručený návrh - opravný prostriedok navrhovateľky z 3.8.2015, podaný voči rozhodnutiu odporkyne č.: XXX XXX XXXX 0 zo dňa 1.7.2015. Dňa 13.2.2017 doručila navrhovateľka súdu späťvzatie podaného návrhu - opravného prostriedku voči vyššie označenému rozhodnutiu odporkyne.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odporkyne zobrala účinne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https://www.kauzis.sk/judikatura/r/ECLI:SK:KSBA:2017:1015202157.1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