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6S/183/2017 z 25. 10. 2017</w:t>
      </w:r>
    </w:p>
    <w:p>
      <w:r>
        <w:t>Uznesenie Krajského súdu Bratislava z 25. októbra 2017, sp. zn. 6S/183/2017, ECLI:SK:KSBA:2017:1016200015.2</w:t>
      </w:r>
    </w:p>
    <w:p>
      <w:r>
        <w:t>Súd: Krajský súd Bratislava</w:t>
      </w:r>
    </w:p>
    <w:p>
      <w:r>
        <w:t>Spisová značka: 6S/183/2017</w:t>
      </w:r>
    </w:p>
    <w:p>
      <w:r>
        <w:t>ECLI: ECLI:SK:KSBA:2017:1016200015.2</w:t>
      </w:r>
    </w:p>
    <w:p>
      <w:r>
        <w:t>Dátum vydania: 25. 10. 2017</w:t>
      </w:r>
    </w:p>
    <w:p>
      <w:r>
        <w:t>Forma: Uznesenie</w:t>
      </w:r>
    </w:p>
    <w:p>
      <w:pPr>
        <w:pStyle w:val="Heading2"/>
      </w:pPr>
      <w:r>
        <w:t>Text rozhodnutia</w:t>
      </w:r>
    </w:p>
    <w:p>
      <w:r>
        <w:t>Súd: Krajský súd Bratislava Spisová značka: 6S/183/2017 Identifikačné číslo súdneho spisu: 1016200015 Dátum vydania rozhodnutia: 26. 10. 2017 Meno a priezvisko sudcu, VSÚ: Mgr. Marián Degma ECLI: ECLI:SK:KSBA:2017:1016200015.2 Uznesenie Krajský súd v Bratislave v právnej veci žalobcu: HUDOS s.r.o., Priemyselná 1455/5, 085 01 Bardejov, IČO: 31 711 651, zastúpeného advokátkou JUDr. Luciou Krausovou, Bernolákova 403/50, Námestovo, proti žalovanému: Ministerstvo dopravy a výstavby SR, Námestie slobody 6, 810 05 Bratislava, v konaní o preskúmanie zákonnosti rozhodnutia žalovaného č. 22626/2015/C212-SCDPK/59212 zo dňa 23.10.2015, jednohlasne, takto r o z h o d o l : Krajský súd v Bratislave konanie z a s t a v u j e . Žiaden z účastníkov n e m á právo na náhradu trov konania o d ô v o d n e n i e : 1. Žalobou doručenou Krajskému súdu v Bratislave dňa 08.01.2016 sa žalobca domáhal preskúmania zákonnosti rozhodnutia žalovaného č. 22626/2015/C212-SCDPK/59212 zo dňa 23.10.2015, ktorým potvrdil rozhodnutie Okresného úradu Prešov, Odbor cestnej dopravy a pozemných komunikácii č. OU- PO-OCDPK-2015/011720/05 zo dňa 22.04.2015 o dodatočnom vybratí zvýšeného správneho poplatku podľa položky 80 písm. a) bod 2.1 Sadzobníka správnych poplatkov tvoriaceho prílohu zákona č. 145/1995 Z.z. o správnych poplatkoch v súlade s bodom č. 2 Splnomocnenia tejto položky vo výške 345,- eur za nadmernú prepravu, ktorá bola vykonaná bez povolenia dňa 02.12.2014 s motorovým vozidlom s ev. č. K. a prípojným vozidlom s ev. č. K.. 2. Podaním doručeným dňa 20.10.2017 vzal žalobca žalobu podľa § 63 SSP v celom rozsahu späť a žiadal konanie zastaviť. 3.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Krajský súd v Bratislave konanie v zmysle § 99 písm. a) SSP zastavil, nakoľko žalobca zobral žalobu späť v celom rozsahu. 6. Vzhľadom na to, že konanie bolo zastavené, správny súd rozhodol o náhrade trov konania podľa § 170 písm. b) SSP tak, že žiaden z účastníkov konania nemá právo na náhradu trov konania.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https://www.kauzis.sk/judikatura/r/ECLI:SK:KSBA:2017:1016200015.2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