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10Sd/5/2016 z 30. 3. 2017</w:t>
      </w:r>
    </w:p>
    <w:p>
      <w:r>
        <w:t>Uznesenie Krajského súdu Bratislava z 30. marca 2017, sp. zn. 10Sd/5/2016, ECLI:SK:KSBA:2017:1016200042.1</w:t>
      </w:r>
    </w:p>
    <w:p>
      <w:r>
        <w:t>Súd: Krajský súd Bratislava</w:t>
      </w:r>
    </w:p>
    <w:p>
      <w:r>
        <w:t>Spisová značka: 10Sd/5/2016</w:t>
      </w:r>
    </w:p>
    <w:p>
      <w:r>
        <w:t>ECLI: ECLI:SK:KSBA:2017:1016200042.1</w:t>
      </w:r>
    </w:p>
    <w:p>
      <w:r>
        <w:t>Dátum vydania: 30. 3. 2017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10Sd/5/2016 Identifikačné číslo súdneho spisu: 1016200042 Dátum vydania rozhodnutia: 31. 03. 2017 Meno a priezvisko sudcu, VSÚ: JUDr. Beata Jurgošová ECLI: ECLI:SK:KSBA:2017:1016200042.1 Uznesenie Krajský súd v Bratislave v právnej veci navrhovateľky: M. Z., bytom O. P. XXX/X, K. proti odporkyni: Sociálna poisťovňa ústredie, Ul. 29. augusta č. 8, Bratislava, o výšku starobného dôchodku, takto r o z h o d o l : Súd konanie zastavuje. Žiaden z účastníkov nemá právo na náhradu trov konania. o d ô v o d n e n i e : Navrhovateľka svojím návrhom zo dňa 19.12.2015 žiadala preskúmať rozhodnutie odporkyne číslo XXX XXX XXXX X zo dňa 22.10.2015, ktorým odporkyňa podľa § 65 a § 82 zákona č. 461/2003 Z.z. o sociálnom poistení v znení neskorších predpisov navrhovateľke priznala od 23. augusta 2015 starobný dôchodok. Písomným prehlásením zo dňa 31.1.2017 navrhovateľka vzala späť návrh v celom rozsahu. Súd podľa § 250d ods. 3 v spojení s § 250h ods. 2 a § 250l ods. 2 O.s.p. konanie zastavil O trovách konania súd rozhodol podľa § 246c a § 146 ods. 1 písm. c) O.s.p. Podľa § 492 ods. 1 SSP konania podľa tretej hlavy piatej časti Občianskeho súdneho poriadku začaté predo dňom nadobudnutia účinnosti tohto zákona sa dokončia podľa doterajších predpisov. Poučenie: Proti tomuto uzneseniu je možné podať odvolanie do 15 dní odo dňa jeho doručenia na Krajskom súde v Bratislave.</w:t>
      </w:r>
    </w:p>
    <w:p/>
    <w:p>
      <w:r>
        <w:t>Zdroj: KAUZIS.SK – https://www.kauzis.sk/judikatura/r/ECLI:SK:KSBA:2017:1016200042.1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