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8Sd/8/2016 z 3. 10. 2017</w:t>
      </w:r>
    </w:p>
    <w:p>
      <w:r>
        <w:t>Uznesenie Krajského súdu Bratislava z 3. októbra 2017, sp. zn. 8Sd/8/2016, ECLI:SK:KSBA:2017:1016200063.1</w:t>
      </w:r>
    </w:p>
    <w:p>
      <w:r>
        <w:t>Súd: Krajský súd Bratislava</w:t>
      </w:r>
    </w:p>
    <w:p>
      <w:r>
        <w:t>Spisová značka: 8Sd/8/2016</w:t>
      </w:r>
    </w:p>
    <w:p>
      <w:r>
        <w:t>ECLI: ECLI:SK:KSBA:2017:1016200063.1</w:t>
      </w:r>
    </w:p>
    <w:p>
      <w:r>
        <w:t>Dátum vydania: 3. 10. 2017</w:t>
      </w:r>
    </w:p>
    <w:p>
      <w:r>
        <w:t>Forma: Uznesenie</w:t>
      </w:r>
    </w:p>
    <w:p>
      <w:pPr>
        <w:pStyle w:val="Heading2"/>
      </w:pPr>
      <w:r>
        <w:t>Text rozhodnutia</w:t>
      </w:r>
    </w:p>
    <w:p>
      <w:r>
        <w:t>Súd: Krajský súd Bratislava Spisová značka: 8Sd/8/2016 Identifikačné číslo súdneho spisu: 1016200063 Dátum vydania rozhodnutia: 04. 10. 2017 Meno a priezvisko sudcu, VSÚ: JUDr. Blanka Malichová ECLI: ECLI:SK:KSBA:2017:1016200063.1 Uznesenie Krajský súd v Bratislave v právnej veci navrhovateľky: F. Y., nar. XX.XX.XXXX, bytom G. 2, XXX XX C., proti odporkyni: Sociálna poisťovňa ústredie, Ul. 29. augusta 8 - 10, Bratislava, v konaní o invalidný dôchodok, o preskúmanie rozhodnutia správneho orgánu vo veci dôchodkového poistenia č. XXX XXX XXXX X zo dňa 01.10.2015, takto r o z h o d o l : Konanie z a s t a v u j e . Žiaden z účastníkov nemá právo na náhradu trov konania. o d ô v o d n e n i e : 1. Navrhovateľka opravným prostriedkom zo dňa 26.10.2015, Krajskému súdu v Bratislave (ďalej iba „súd“) doručeným prostredníctvom odporkyne dňa 18.01.2016, žiadala preskúmať rozhodnutie odporkyne číslo XXX XXX XXXX X zo dňa 01.10.2015, ktorým jej od 14.09.2015 zvýšila sumu invalidného dôchodku na 305,10 eur mesačne, zodpovedajúcu poklesu jej schopnosti vykonávať zárobkovú činnosť o viac ako 70 % v porovnaní so zdravou fyzickou osobou. Na základe opravného prostriedku navrhovateľky, bol posudkovým lekárom Sociálnej poisťovne opätovne posudzovaný jej zdravotný stav, a na základe zmeny v posudkových záveroch bol navrhovateľke invalidný dôchodok zvýšený na sumu zodpovedajúcu miere poklesu schopnosti vykonávať zárobkovú činnosť 75 %. 2. Podaním doručeným súdu dňa 06.09.2017 vzala navrhovateľka svoj návrh späť a žiadala konanie z dôvodu vyhovenia jej opravnému prostriedku v celom rozsahu,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https://www.kauzis.sk/judikatura/r/ECLI:SK:KSBA:2017:1016200063.1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