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1S/17/2016 z 21. 5. 2017</w:t>
      </w:r>
    </w:p>
    <w:p>
      <w:r>
        <w:t>Opravné uznesenie Krajského súdu Bratislava z 21. mája 2017, sp. zn. 1S/17/2016, ECLI:SK:KSBA:2017:1016200147.2</w:t>
      </w:r>
    </w:p>
    <w:p>
      <w:r>
        <w:t>Súd: Krajský súd Bratislava</w:t>
      </w:r>
    </w:p>
    <w:p>
      <w:r>
        <w:t>Spisová značka: 1S/17/2016</w:t>
      </w:r>
    </w:p>
    <w:p>
      <w:r>
        <w:t>ECLI: ECLI:SK:KSBA:2017:1016200147.2</w:t>
      </w:r>
    </w:p>
    <w:p>
      <w:r>
        <w:t>Dátum vydania: 21. 5. 2017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1S/17/2016 Identifikačné číslo súdneho spisu: 1016200147 Dátum vydania rozhodnutia: 22. 05. 2017 Meno a priezvisko sudcu, VSÚ: JUDr. Anna Peťovská PhD. ECLI: ECLI:SK:KSBA:2017:1016200147.2 Opravné uznesenie Krajský súd v Bratislave v právnej veci žalobkyne: I.. J. B., L. XXX/XX, XXX XX R. C., zast.: Mgr. Richard Trusina, advokát, Hálkova 1, 831 03 Bratislava, proti žalovanému: Ministerstvo spravodlivosti Slovenskej republiky, IČO: 00 166 073, Župné námestie 13, 813 11 Bratislava, v konaní o preskúmanie zákonnosti rozhodnutia žalovaného č. 48949/2015/153-II zo dňa 24.11.2015 a o oprave dátumu vydania rozsudku sp.zn. 1S/17/2016-85, takto r o z h o d o l : Rozsudok Krajského súdu v Bratislave sp.zn. 1S/17/2016-85 sa v časti dátumu vydania rozhodnutia opravuje tak, že správne znie: „V Bratislave dňa 6. apríla 2017“. o d ô v o d n e n i e : 1. Žalobou doručenou Krajskému súdu v Bratislave dňa 04.02.2016 sa žalobkyňa domáhala zrušenia listu ministra spravodlivosti č. 48949/2015-153-II zo dňa 24.11.2015, ktoré považuje za rozhodnutie v správnom konaní podliehajúce súdnemu prieskumu správneho súdu. 2. Krajský súd v Bratislave rozsudkom sp.zn. 1S/17/2016-85 zo dňa 06.04.2017 rozhodol tak, že žalobu zamietol a žalobkyni náhradu trov konania nepriznal. 3. Dňa 18.05.2017 bola Krajskému súdu v Bratislave doručená kasačná sťažnosť žalobkyne prostredníctvom jej právneho zástupcu, ktorý okrem iného upozornil na zrejmú nesprávnosť v časti uvedenia dátumu vydania rozsudku sp.zn. 1S/17/2016-85 zo dňa 06.04.2017, kde správny súd nesprávne uviedol dátum vydania rozsudku 06.04.2016. 6. Podľa § 143 SSP, správny súd kedykoľvek aj bez návrhu opraví v rozsudku chyby v písaní a počítaní, ako aj iné zrejmé nesprávnosti. O oprave vydá opravné uznesenie, ktoré doručí osobám uvedeným v § 142 ods. 1. 7. Podľa § 147 ods. 2 SSP, ak nie je ďalej ustanovené inak, použijú sa na uznesenie primerane ustanovenia o rozsudku vrátane ustanovenia § 139 ods. 4 a § 141. 8. Nakoľko Krajský súd v Bratislave zistil, že pri vyhotovení rozsudku došlo k chybe v písaní v časti uvedenia dátumu vydania rozsudku, súd v zmysle § 143 SSP v spojení s § 147 ods. 2 SSP uvedenú chybu opravil. 9. Toto rozhodnutie senát Krajského súdu v Bratislave prijal pomerom hlasov 3 : 0 (§ 3 ods. 9 zákona č. 757/2004 Z.z. v znení zákona č. 33/2011). Poučenie: Proti tomuto uzneseniu nie je prípustná kasačná sťažnosť (§ 439 ods. 2 písm. a) SSP).</w:t>
      </w:r>
    </w:p>
    <w:p/>
    <w:p>
      <w:r>
        <w:t>Zdroj: KAUZIS.SK – https://www.kauzis.sk/judikatura/r/ECLI:SK:KSBA:2017:1016200147.2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