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9Sp/17/2016 z 19. 9. 2017</w:t>
      </w:r>
    </w:p>
    <w:p>
      <w:r>
        <w:t>Uznesenie Krajského súdu Bratislava z 19. septembra 2017, sp. zn. 9Sp/17/2016, ECLI:SK:KSBA:2017:1016200222.2</w:t>
      </w:r>
    </w:p>
    <w:p>
      <w:r>
        <w:t>Súd: Krajský súd Bratislava</w:t>
      </w:r>
    </w:p>
    <w:p>
      <w:r>
        <w:t>Spisová značka: 9Sp/17/2016</w:t>
      </w:r>
    </w:p>
    <w:p>
      <w:r>
        <w:t>ECLI: ECLI:SK:KSBA:2017:1016200222.2</w:t>
      </w:r>
    </w:p>
    <w:p>
      <w:r>
        <w:t>Dátum vydania: 19. 9.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9Sp/17/2016 Identifikačné číslo súdneho spisu: 1016200222 Dátum vydania rozhodnutia: 20. 09. 2017 Meno a priezvisko sudcu, VSÚ: JUDr. Beata Jurgošová ECLI: ECLI:SK:KSBA:2017:1016200222.2 Uznesenie Krajský súd v Bratislave v právnej veci navrhovateľa: POHOTOVOSŤ, s.r.o., Pribinova 25, Bratislava, proti odporcovi: Okresný úrad Bratislava, katastrálny odbor, Ružová dolina 27, Bratislava, za účasti: Q. C., bytom Z. I. XXXX/XX, XXX XX K., zast. opatrovníčkou V. Y., pracovníčkou Okresného súdu Bratislava I., o preskúmanie zákonnosti rozhodnutia odporcu zo dňa 21.09.2015, číslo: V 7653/15, takto r o z h o d o l : Súd konanie z a s t a v u j e . Žiaden z účastníkov nemá právo na náhradu trov konania. o d ô v o d n e n i e : Navrhovateľ svojím návrhom zo dňa 07.10.2015 žiadal preskúmať rozhodnutie odporcu zo dňa 21.09.2015, číslo: V 7653/2015, ktorým bol zamietnutý návrh na vklad práva k nehnuteľnostiam do katastra nehnuteľností podľa zmluvy o zriadení záložného práva č. 22/2015-PTR. Dňa 7.06.2017 doručil navrhovateľ súdu podanie, ktorým vzal späť návrh v celom rozsahu a žiadal konanie zastaviť. Podľa § 492 ods. 1 zákona č. 162/2015 Z.z. Správneho súdneho poriadku konania podľa tretej hlavy piatej časti Občianskeho súdneho poriadku začaté predo dňom nadobudnutia účinnosti tohto zákona sa dokončia podľa doterajších predpisov.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https://www.kauzis.sk/judikatura/r/ECLI:SK:KSBA:2017:1016200222.2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