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10Sd/28/2016 z 27. 2. 2017</w:t>
      </w:r>
    </w:p>
    <w:p>
      <w:r>
        <w:t>Rozsudok Krajského súdu Bratislava z 27. februára 2017, sp. zn. 10Sd/28/2016, ECLI:SK:KSBA:2017:1016200329.1</w:t>
      </w:r>
    </w:p>
    <w:p>
      <w:r>
        <w:t>Súd: Krajský súd Bratislava</w:t>
      </w:r>
    </w:p>
    <w:p>
      <w:r>
        <w:t>Spisová značka: 10Sd/28/2016</w:t>
      </w:r>
    </w:p>
    <w:p>
      <w:r>
        <w:t>ECLI: ECLI:SK:KSBA:2017:1016200329.1</w:t>
      </w:r>
    </w:p>
    <w:p>
      <w:r>
        <w:t>Dátum vydania: 27. 2. 2017</w:t>
      </w:r>
    </w:p>
    <w:p>
      <w:r>
        <w:t>Forma: Rozsudok</w:t>
      </w:r>
    </w:p>
    <w:p>
      <w:r>
        <w:t>Oblasť práva: Správne právo</w:t>
      </w:r>
    </w:p>
    <w:p>
      <w:pPr>
        <w:pStyle w:val="Heading2"/>
      </w:pPr>
      <w:r>
        <w:t>Text rozhodnutia</w:t>
      </w:r>
    </w:p>
    <w:p>
      <w:r>
        <w:t>Súd: Krajský súd Bratislava Spisová značka: 10Sd/28/2016 Identifikačné číslo súdneho spisu: 1016200329 Dátum vydania rozhodnutia: 28. 02. 2017 Meno a priezvisko sudcu, VSÚ: JUDr. Beata Jurgošová ECLI: ECLI:SK:KSBA:2017:1016200329.1 ROZSUDOK V MENE SLOVENSKEJ REPUBLIKY Krajský súd v Bratislave sudkyňou JUDr. Beátou Jurgošovou v právnej veci navrhovateľky U. X., bytom Ž. XXXX/X, U., proti odporkyni Sociálnej poisťovni ústredie v Bratislave, ul. 29. augusta č. 8, Bratislava, o invalidný dôchodok, takto r o z h o d o l : Súd rozhodnutie odporkyne číslo XXX XXX XXXX X zo dňa 1.októbra 2015 potvrdzuje. Účastníkom náhradu trov konania nepriznáva. o d ô v o d n e n i e : Rozhodnutím číslo XXX XXX XXXX X zo dňa 1. októbra 2015 odporkyňa podľa § 70 ods. 1 a § 82 zákona č. 461/2003 Z.z. o sociálnom poistení v znení neskorších predpisov priznala navrhovateľke invalidný dôchodok v sume 158,70 eur mesačne od 8. apríla 2015. Invalidný dôchodok priznala podľa čl. 52 ods. 1 písm. a) a ods. 4 nariadenia (ES) Európskeho parlamentu a Rady č. 883/2004 o koordinácii systémov sociálneho zabezpečenia v znení nariadenia Európskeho parlamentu a Rady (ES) č. 988/2009. Rozhodla tak s odôvodnením, že podľa posudku posudkového lekára Sociálnej poisťovne, pobočka Senica zo dňa 7. septembra 2015 navrhovateľka je invalidná s mierou poklesu schopnosti vykonávať zárobkovú činnosť 55 %. Navrhovateľka návrhom zo dňa 27.10.2015 žiadala preskúmať toto rozhodnutie, namietala nepriaznivý zdravotný stav a žiadala opätovne prehodnotiť jej zdravotný stav. Súd preskúmal napadnuté rozhodnutie podľa § 250l a nasl. O.s.p., prejednal návrh navrhovateľky a dospel k záveru, že návrh nie je dôvodný. Súd vykonal dokazovanie výsluchom navrhovateľky, odporkyne, posudkami posudkového lekára Sociálnej poisťovne pobočky Bratislava zo dňa 7.9.2015 a zo dňa 1.12.2015, posudkom posudkového lekára Sociálnej poisťovne ústredie Bratislava zo dňa 11.2.2016,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Navrhovateľka bola uznaná za invalidnú od 08.04.2015 na základe posudku posudkového lekára Sociálnej poisťovne pobočka Bratislava zo dňa 7.9.2015, ktorý ju uznal za invalidnú podľa § 71 ods. 1 zákona č. 461/2003 Z. z. o sociálnom poistení s mierou poklesu vykonávať zárobkovú činnosť 55 %. Rozhodujúcim zdravotným postihnutím u navrhovateľky boli choroby nervového systému, postihnutie mozgu, stavy po cievnych mozgových príhodách (prechodne ischemické ataky, hemoragické ikty, stredne ťažké formy ( kapitola VI., oddiel A, položka 9) písm.b) prílohy č. 4 zákona č. 461/2003 Z.z. ), kde mieru poklesu schopnosti vykonávať zárobkovú činnosť posudkový lekár stanovil na 45 %. Na iné zdravotné postihnutia zvýšil percentuálnu mieru o 10 %. Navrhovateľka v opravnom prostriedku zo dňa 27.10.2015 nesúhlasila s určenou mierou poklesu schopnosti vykonávať zárobkovú činnosť, namietala nepriaznivý zdravotný stav a žiadala o plný invalidný dôchodok. Posudkový lekár Sociálnej poisťovne pobočka Bratislava v posudku zo dňa 1.12.2015 uviedol, že navrhovateľka sa dlhodobo lieči u neurológa pre ťažké bolesti hlavy a chrbtice. Bola hospitalizovaná na neurologickom oddelení, za účelom infúznej liečby od 08.04 2015 až 16.04.2015. MRI mozgu preukázalo zmenu signálu v oblasti talamu, pretrváva pravostranná hemiparéza s poruchou citlivosti s výraznenou na pravej hornej končatine so zníženou svalovou silou. Postoj chôdze v norme. Psychiatrickým vyšetrením bola preukázaná depresívna porucha stredne ťažkého stupňa s organickým psychosyndrómom, so sociálnou izoláciou. Základnú diagnózu, stav po mozgocievnej príhode s hemiparézou pravej polovici tela s MPSVZČ 45 % navýšil o 10 % na diagnózu organický psychosyndróm so sociálnou izoláciou. Invalidita s MPSVZČ od 08.04.2015, teda odo dňa hospitalizácie na neurologickom oddelení a nie 3 roky spätne ako si navrhovateľka žiada pre diagnózu stavy po hysterektómii a adnexotómii, vykonané dňa 15.03.2012, nakoľko v tom čase nebola invalidná. Rozhodujúcim zdravotným postihnutím u navrhovateľky sú choroby nervového systému, postihnutie mozgu, stavy po cievnych mozgových príhodách (prechodne ischemické ataky, hemoragické ikty a pod.), stredne ťažké formy (kapitola VI, oddiel A, položka 9, písm. b) prílohy č. 4 zákona č. 461/2003 Z.z. o sociálnom poistení), kde mieru poklesu schopnosti vykonávať zárobkovú činnosť stanovil na 45 %. Pre iné zdravotné postihnutia (kapitola V, oddiel II, položka 1 písm. a) prílohy č. 4 zákona č. 461/2003 Z.z. o sociálnom poistení), zvýšil percentuálnu mieru o 10 %. Celková miera poklesu schopnosti vykonávať zárobkovú činnosť bola stanovená na 55 %. Navrhovateľka je invalidná podľa § 71 ods. 1 zákona č. 461/2003 Z.z. o sociálnom poistení, lebo pre dlhodobo nepriaznivý zdravotný stav má pokles schopnosti vykonávať zárobkovú činnosť o viac ako 40 % v porovnaní so zdravou fyzickou osobou. Posudkový lekár Sociálnej poisťovne ústredie Bratislava v posudku zo dňa 11.2.2016 uviedol, že dňa 7.9.2015 bola na základe žiadosti o invalidný dôchodok navrhovateľka uznaná invalidnou s MPSVZČ 55% od 8.4.2015, kedy jej uplynula podporná doba poberania nemocenských dávok. Za rozhodujúce zdravotné postihnutie boli určené následky prekonanej mozgovocievnej príhody, ktoré boli navrhovateľke diagnostikované počas hospitalizácie na neurologickej klinike v apríli 2015. Na toto postihnutie, ktoré je zaradené do kapitoly VI, oddiel A, položky 9. písm. b) prílohy č. 4 k zákonu o sociálnom poistení (Choroby nervového systému, postihnutie mozgu, stavy po cievnych mozgových príhodách, stredne ťažké formy), bola zvolená MPSVZČ 45 %, v hornej tretine z percentuálneho rozmedzia 30 až 50 % pre túto položku. Na psychické postihnutie, t.j. organický psychosyndróm, navrhovateľke bola MPSVZČ zvýšená o ďalších 10 %. Záverom konštatoval, že posúdenie zdravotného stavu bolo správne a pre navrhovateľku priaznivé, vzhľadom k tomu, že neurologický nález je veľmi diskrétny (mierne oslabenie sily horných končatín, zúženie zorného poľa) a zodpovedá skôr ľahkej forme následkov po cievnych mozgových príhodách. Zvýšenie o 10 % na celkových 55 % považoval pre navrhovateľku za veľmi priaznivé. Rozhodujúcim zdravotným postihnutím sú choroby nervového systému, postihnutie mozgu, stavy po cievnych mozgových príhodách (prechodné ischemické ataky, hemoragické ikty a pod.), stredne ťažké formy, I 64. Navrhovateľka je invalidná podľa § 71 ods. 1 zákona č. 461/2003 Z. z. o sociálnom poistení. Navrhovateľka na pojednávaní uviedla, že žiada plný invalidný dôchodok, pretože zo zdravotných dôvodov nemôže pracovať a má oslabené zdravie. Zástupkyňa odporkyne vzhľadom na zhodné posúdenie zdravotného stavu navrhovateľky posudkovými lekármi, žiadala napadnuté rozhodnutie ako vecne správne potvrdiť. Posudkoví lekári sociálneho poistenia Sociálnej poisťovne pobočka Bratislava ako aj posudkový lekár sociálneho poistenia Sociálnej poisťovne ústredie Bratislava vo svojich vyššie uvedených posudkoch zohľadnili všetky navrhovateľkou uvádzané ťažkosti a vyporiadali sa s lekárskymi nálezmi nachádzajúcimi sa v zdravotnej dokumentácii navrhovateľky. Zhodne určili, že rozhodujúcim zdravotným postihnutím u navrhovateľky sú choroby nervového systému, postihnutie mozgu, stavy po cievnych mozgových príhodách (prechodné ischemické ataky, hemoragické ikty a pod.), stredne ťažké formy, I 64 (kapitola XI, oddiel A, položka 9.b), prílohy č. 4 zákona č. 461/2003 Z.z. o sociálnom poistení), kde mieru poklesu schopnosti vykonávať zárobkovú činnosť stanovili na 45 %. Pre iné zdravotné postihnutie zvýšili percentuálnu mieru o 10 %, takže celková miera poklesu schopnosti vykonávať zárobkovú činnosť je 55 %. Dátum vzniku invalidity stanovili od 08.04.2015, t.j. keď navrhovateľke uplynula podporná doba poberania nemocenských dávok. Ostatné zdravotné postihnutia, dokumentované odbornými lekárskymi nálezmi nie sú takého charakteru ani závažnosti, aby podmieňovali ďalšie zvýšenie MPSVZČ. Zistenia posudkových lekárov neboli spochybnené ani v súdnom konaní. Závery posudkov posudkových lekárov sú odborné, presvedčivé, náležite zdôvodnené a súd nezistil rozpor medzi ich závermi a zisteným skutočným stavom. Krajský súd preto z vyššie uvedených dôvodov napadnuté rozhodnutie odporkyne číslo XXX XXX XXXX X zo dňa 1. októbra 2015 podľa § 250q ods. 2 O.s.p. ako vecne správne potvrdil. O trovách konania súd rozhodol podľa § 250k ods. 1 v spojení s § 250l ods. 2 O.s.p. Navrhovateľka nebola v konaní úspešná a odporkyni trovy konania neprislúchajú. Podľa ustanovenia § 492 ods. 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https://www.kauzis.sk/judikatura/r/ECLI:SK:KSBA:2017:1016200329.1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