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1S/43/2016 z 25. 1. 2017</w:t>
      </w:r>
    </w:p>
    <w:p>
      <w:r>
        <w:t>Uznesenie Krajského súdu Bratislava z 25. januára 2017, sp. zn. 1S/43/2016, ECLI:SK:KSBA:2017:1016200343.1</w:t>
      </w:r>
    </w:p>
    <w:p>
      <w:r>
        <w:t>Súd: Krajský súd Bratislava</w:t>
      </w:r>
    </w:p>
    <w:p>
      <w:r>
        <w:t>Spisová značka: 1S/43/2016</w:t>
      </w:r>
    </w:p>
    <w:p>
      <w:r>
        <w:t>ECLI: ECLI:SK:KSBA:2017:1016200343.1</w:t>
      </w:r>
    </w:p>
    <w:p>
      <w:r>
        <w:t>Dátum vydania: 25. 1. 2017</w:t>
      </w:r>
    </w:p>
    <w:p>
      <w:r>
        <w:t>Forma: Uznesenie</w:t>
      </w:r>
    </w:p>
    <w:p>
      <w:pPr>
        <w:pStyle w:val="Heading2"/>
      </w:pPr>
      <w:r>
        <w:t>Text rozhodnutia</w:t>
      </w:r>
    </w:p>
    <w:p>
      <w:r>
        <w:t>Súd: Krajský súd Bratislava Spisová značka: 1S/43/2016 Identifikačné číslo súdneho spisu: 1016200343 Dátum vydania rozhodnutia: 26. 01. 2017 Meno a priezvisko sudcu, VSÚ: JUDr. Monika Valašíková PhD. ECLI: ECLI:SK:KSBA:2017:1016200343.1 Uznesenie Krajský súd v Bratislave v právnej veci žalobcu: C.. P. K., M. XX/e, V., proti žalovanému: Sociálna poisťovňa, pobočka Bratislava, Záhradnícka 31, Bratislava, o preskúmanie zákonnosti rozhodnutia žalovaného č. 700-0211974314-GC04/14 zo dňa 25.02.2014 a č. 700-0215029114-GC04/14 zo dňa 30.05.2014, takto r o z h o d o l : Krajský súd v Bratislave žalobu o d m i e t a . Žiaden z účastníkov konania n e m á právo na náhradu trov konania. o d ô v o d n e n i e : 1. Žalobou doručenou Okresnému súdu Bratislava II dňa 19.08.2014 a postúpenou Krajskému súdu v Bratislave dňa 02.03.2016 sa žalobca domáhal preskúmania zákonnosti rozhodnutí žalovanej č. 700-0211974314-GC04/14 zo dňa 25.02.2014 a č. 700-0215029114-GC04/14 zo dňa 30.05.2014. 2. Rozhodnutím č. 700-0211974314-GC04/14 zo dňa 25.02.2014 žalovaná predpísala žalobcovi za obdobie august 2013 až január 2014 poistné na nemocenské poistenie, poistné na starobné poistenie a povinné príspevky na starobné dôchodkové sporenie, poistné na invalidné poistenie, poistné do rezervného fondu solidarity, spolu v sume XXX,XX €. 3. Rozhodnutím č. 700-0215029114-GC04/14 zo dňa 30.05.2014 žalovaná predpísala žalobcovi za obdobie február 2014 až apríl 2014 poistné na nemocenské poistenie, poistné na starobné poistenie a povinné príspevky na starobné dôchodkové sporenie, poistné na invalidné poistenie, poistné do rezervného fondu solidarity, spolu v sume XXX,XX €. 4. Podľa § 7 Správneho súdneho poriadku (ďalej len SSP),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5. Podľa § 98 ods. 1 písm. g) SSP, správny súd uznesením odmietne žalobu, ak je neprípustná. 6. Z administratívneho spisu je zrejmé, že rozhodnutie č. 700-0211974314-GC04/14 zo dňa 25.02.2014 bolo žalobcovi doručené dňa 11.03.2014, voči ktorému nevyužil možnosť podať odvolanie a napadnuté rozhodnutie nadobudlo právoplatnosť 25.03.2014. Žalobca ani voči rozhodnutiu č. 700-0215029114- GC04/14 zo dňa 30.05.2014, ktoré mu bolo doručené dňa 10.06.2014 (na doručenke je síce vyznačený dátum prevzatia písomnosti 10.05.2014, no podľa názoru súdu ide o zrejmú nesprávnosť alebo chybu v písaní, pretože za deň uloženia zásielky je vyznačený deň 06.06.2014) nevyužil možnosť podať odvolanie a napadnuté rozhodnutie nadobudlo právoplatnosť 25.06.2014. 7. Krajský súd v Bratislave na základe vyššie uvedených skutočností nemal inú možnosť, ako žalobu podľa § 98 ods. 1 písm. g) SSP odmietnuť z dôvodu, že podľa § 7 písm. a) SSP, správne súdy nepreskúmavajú právoplatné rozhodnutia orgánov verejnej správy, ak účastník konania pred ich právoplatnosťou nevyčerpal všetky riadne opravné prostriedky riadne a včas. 8. Podľa § 170 písm. a) SSP, žiaden z účastníkov konania nemá právo na náhradu trov konania, ak žaloba bola odmietnutá. 9. O náhrade trov konania súd rozhodol podľa § 170 písm. a) SSP tak, že žiaden z účastníkov konania nemá právo na náhradu trov konania, nakoľko žaloba bola odmietnutá. 10.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https://www.kauzis.sk/judikatura/r/ECLI:SK:KSBA:2017:1016200343.1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