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10Sd/29/2016 z 14. 8. 2017</w:t>
      </w:r>
    </w:p>
    <w:p>
      <w:r>
        <w:t>Rozsudok Krajského súdu Bratislava z 14. augusta 2017, sp. zn. 10Sd/29/2016, ECLI:SK:KSBA:2017:1016200353.2</w:t>
      </w:r>
    </w:p>
    <w:p>
      <w:r>
        <w:t>Súd: Krajský súd Bratislava</w:t>
      </w:r>
    </w:p>
    <w:p>
      <w:r>
        <w:t>Spisová značka: 10Sd/29/2016</w:t>
      </w:r>
    </w:p>
    <w:p>
      <w:r>
        <w:t>ECLI: ECLI:SK:KSBA:2017:1016200353.2</w:t>
      </w:r>
    </w:p>
    <w:p>
      <w:r>
        <w:t>Dátum vydania: 14. 8. 2017</w:t>
      </w:r>
    </w:p>
    <w:p>
      <w:r>
        <w:t>Forma: Rozsudok</w:t>
      </w:r>
    </w:p>
    <w:p>
      <w:r>
        <w:t>Oblasť práva: Správne právo</w:t>
      </w:r>
    </w:p>
    <w:p>
      <w:pPr>
        <w:pStyle w:val="Heading2"/>
      </w:pPr>
      <w:r>
        <w:t>Text rozhodnutia</w:t>
      </w:r>
    </w:p>
    <w:p>
      <w:r>
        <w:t>Súd: Krajský súd Bratislava Spisová značka: 10Sd/29/2016 Identifikačné číslo súdneho spisu: 1016200353 Dátum vydania rozhodnutia: 15. 08. 2017 Meno a priezvisko sudcu, VSÚ: JUDr. Beata Jurgošová ECLI: ECLI:SK:KSBA:2017:1016200353.2 ROZSUDOK V MENE SLOVENSKEJ REPUBLIKY Krajský súd v Bratislave sudkyňou JUDr. Beátou Jurgošovou v právnej veci navrhovateľa P.. M. E., bytom C. X, C. proti odporkyni Sociálnej poisťovni ústredie, Ul. 29. augusta č. 8-10, Bratislava, o zvýšenie starobného dôchodku, takto r o z h o d o l : Súd rozhodnutie odporkyne číslo XXX XXX XXXX 0 zo dňa 3. decembra 2015 potvrdzuje. Účastníkom náhradu trov konania nepriznáva. o d ô v o d n e n i e : Rozhodnutím číslo XXX XXX XXXX 0 zo dňa 3. decembra 2015 odporkyňa podľa § 82 zákona č. 461/2003 Z.z. o sociálnom poistení v znení neskorších predpisov a § 1 opatrenia Ministerstva práce, sociálnych vecí a rodiny Slovenskej republiky č. 283/2015 Z.z., ktorým sa ustanovuje pevná suma zvýšenia dôchodkovej dávky a percento zvýšenia úrazovej renty v roku 2016 navrhovateľovi zvýšila od 1. januára 2016 starobný dôchodok na 444,80 eur mesačne. Navrhovateľ návrhom doručeným súdu dňa 3.03.2016 žiadal preskúmať rozhodnutie číslo XXX XXX XXXX 0 zo dňa 3. decembra 2015. Namietal, že zvýšenie starobného dôchodku o 1,90 eur mu nepokrýva ani len infláciu. Odporkyňa vo svojom písomnom vyjadrení zo dňa 23.3.2016 uviedla, že napadnutým rozhodnutím bol navrhovateľovi podľa § 82 zákona č. 461/2003 Z.z. o sociálnom poistení v znení neskorších predpisov a § 1 opatrenia Ministerstva práce, sociálnych vecí a rodiny Slovenskej republiky č. 283/2015 Z.z., ktorým sa ustanovuje pevná suma zvýšenia dôchodkovej dávky a percento zvýšenia úrazovej renty v roku 2016 zvýšený starobný dôchodok od 1. januára 2016 na sumu 444,80 eur mesačne. Starobný dôchodok navrhovateľa bol zvýšený o 1,90 eur mesačne. Napadnuté rozhodnutia číslo XXX XXX XXXX 0 zo dňa 3. decembra 2015 žiadala ako vecne správne potvrdiť. Súd preskúmal napadnuté rozhodnutia podľa § 250l a nasl. O s.p., prejednal návrh navrhovateľa a dospel k záveru, že návrh nie je dôvodný. Súd vykonal dokazovanie výsluchom odporkyne, oboznámil sa s obsahom dávkového spisu odporkyne číslo XXX XXX XXXX 0 a s obsahom spisového materiálu a zistil tento skutkový stav. Na základe žiadosti zo dňa 15.8.2006 navrhovateľ požiadal o priznanie predčasného starobného dôchodku od 15.8.2006. Rozhodnutím číslo XXX XXX XXXX zo dňa 3.4.2007 podľa § 67 ods. 1 a § 82 ods. 2 zákona č. 461/2003 Z.z. o sociálnom poistení v znení zákona č. 43/2004 Z.z. priznala odporkyňa navrhovateľovi od 15.8.2006 predčasný starobný dôchodok v sume 9 966,- Sk mesačne. Predčasný starobný dôchodok bol navrhovateľovi priznaný podľa čl. 46 ods. 1 nariadenia Rady (EHS) č. 1408/71 o uplatňovaní systémov sociálneho zabezpečenia na zamestnané osoby, samostatne zárobkovo činné osoby a členov ich rodín pohybujúcich sa v rámci spoločenstva. Zmenovým rozhodnutím číslo XXX XXX XXXX zo dňa 12. augusta 2010 odporkyňa podľa § 67 ods. 1, § 112 ods. 1 a § 82 ods.2 zákona č. 461/2003 Z.z. o sociálnom poistení v znení zákona č. 43/2004 Z.z. navrhovateľovi zvýšila od 15.8.2006 predčasný starobný dôchodok na sumu 9 725,- Sk mesačne, ďalej mu bol zvýšený od 1.7.2007 na sumu 10 333,- Sk mesačne, od 1.7.2008 na sumu 10 850,- Sk mesačne, podľa § 293ar k 1.1.2009 navrhovateľovi patrí predčasný starobný dôchodok v sume 360,20 eur mesačne, zvýšený od 1.1.2009 na sumu 385,30 eur mesačne a zvýšený od 1.1.2010 na sumu 397,10 eur mesačne s odôvodnením, že suma predčasného starobného dôchodku sa zvýšila po preukázaní nových údajov rozhodujúcich na výpočet dôchodku v období od 1.3.1969 do 30.6.1969, bol preukázaný vymeriavací základ a obdobie dôchodkového poistenia, čím sa počet doteraz započítaných dní obdobia dôchodkového poistenia zvýšil na 12 655 dní. Rozhodnutím číslo XXX XXX XXXX 0 zo dňa 6.12.2013 odporkyňa podľa § 82 zákona č. 461/2003 Z.z. o sociálnom poistení v znení neskorších predpisov a § 1 opatrenia Ministerstva práce, sociálnych vecí a rodina Slovenskej republiky č. 329/2013 Z.z., ktorým sa ustanovuje pevná suma zvýšenia dôchodkovej dávky a percento zvýšenia úrazovej renty v roku 2014 navrhovateľovi zvýšila od 1.1.2014 starobný dôchodok na 437,70 eur mesačne. Rozhodnutím číslo XXX XXX XXXX 0 zo dňa 4.12.2014 odporkyňa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v roku 2015, navrhovateľovi zvýšila od 1.1.2015 starobný dôchodok na 442,90 eur mesačne. Rozhodnutím číslo XXX XXX XXXX 0 zo dňa 3.12.2015 odporkyňa podľa § 82 zákona č. 461/2003 Z.z. o sociálnom poistení v znení neskorších predpisov a § 1 opatrenia Ministerstva práce, sociálnych vecí a rodiny Slovenskej republiky č. 283/2015 Z.z., ktorým sa ustanovuje pevná suma zvýšenia dôchodkovej dávky a percento zvýšenia úrazovej renty v roku 2016, navrhovateľovi zvýšila od 1.1.2016 starobný dôchodok na 444,80 eur mesačne. Navrhovateľ sa na pojednávanie dňa 15.8.2017 napriek riadnemu predvolaniu nedostavil, svoju neúčasť na ňom ospravedlnil telefonicky dňa 15.8.2017 (v deň pojednávania) a požiadal o odročenie tohto pojednávania z dôvodu, že požiadal CPP o poskytnutie právnej pomoci. Navrhovateľ však súdu nepredložil žiadosť, ktorou by preukázal, že požiadal Centrum právnej pomoci o poskytnutie právnej pomoci v predmetnej veci, a preto na jeho žiadosť o odročenie pojednávania súd neprihliadol a vec prejednal v jeho neprítomnosti. Zástupkyňa odporkyne sa v plnom rozsahu pridŕžala písomného vyjadrenia zo dňa 23.3.2016 a napadnuté rozhodnutia číslo XXX XXX XXXX 0 zo dňa 3. decembra 2015 žiadala ako vecne správne potvrdiť.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písm. a) opatrenia Ministerstva práce, sociálnych vecí a rodiny Slovenskej republiky č. 283/2015 Z.z., ktorým sa ustanovuje pevná suma zvýšenia dôchodkovej dávky a percento zvýšenia úrazovej renty v roku 2016, dôchodková dávka v roku 2016 sa zvyšuje takto: starobný dôchodok o 1,90 eura. V preskúmavanej veci súd konštatuje, že odporkyňa správne postupovala pri zvýšení sumy starobného dôchodku v roku 2016, keď od 1. januára 2016 starobný dôchodok navrhovateľa zvýšila o 1,90 eur mesačne na sumu 444,80 eur mesačne. Predmetom konania v tejto veci bolo len preskúmanie zákonnosti rozhodnutia odporkyne číslo XXX XXX XXXX 0 zo dňa 3. decembra 2015, ktorými odporkyňa rozhodla výlučne o zvýšení starobného dôchodku navrhovateľa od 1. januára 2016. Súd je viazaný týmto predmetom konania a nie je oprávnený v tomto konaní riešiť iné právne otázky, konkrétne námietky navrhovateľa, že zvýšenie starobného dôchodku o 1,90 eur nepokrýva ani len infláciu. Súd konštatuje, že výška starobného dôchodku bola vypočítaná v súlade s platnými právnymi predpismi o zvyšovaní dôchodkových dávok v príslušnom roku. Rovnako tak súd nemôže prihliadnuť na námietky navrhovateľa týkajúce sa jeho základných životných potrieb. Vzhľadom na vyššie uvedené súd napadnuté rozhodnutie číslo XXX XXX XXXX 0 zo dňa 3. decembra 2015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https://www.kauzis.sk/judikatura/r/ECLI:SK:KSBA:2017:1016200353.2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