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1S/48/2016 z 6. 2. 2017</w:t>
      </w:r>
    </w:p>
    <w:p>
      <w:r>
        <w:t>Opravné uznesenie Krajského súdu Bratislava z 6. februára 2017, sp. zn. 1S/48/2016, ECLI:SK:KSBA:2017:1016200392.2</w:t>
      </w:r>
    </w:p>
    <w:p>
      <w:r>
        <w:t>Súd: Krajský súd Bratislava</w:t>
      </w:r>
    </w:p>
    <w:p>
      <w:r>
        <w:t>Spisová značka: 1S/48/2016</w:t>
      </w:r>
    </w:p>
    <w:p>
      <w:r>
        <w:t>ECLI: ECLI:SK:KSBA:2017:1016200392.2</w:t>
      </w:r>
    </w:p>
    <w:p>
      <w:r>
        <w:t>Dátum vydania: 6. 2.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1S/48/2016 Identifikačné číslo súdneho spisu: 1016200392 Dátum vydania rozhodnutia: 07. 02. 2017 Meno a priezvisko sudcu, VSÚ: JUDr. Monika Valašíková PhD. ECLI: ECLI:SK:KSBA:2017:1016200392.2 Opravné uznesenie Krajský súd v Bratislave v právnej veci žalobcov: 1. J. Y., 2. G. Y., obidvaja bytom Z. XX, XXX XX U., právne zastúpení: De minimis, spol. s r.o., Lovinského 22, 811 06 Bratislava, IČO: 36 868 949, proti žalovanej: Mestská časť Bratislava - Devínska Nová Ves, Novoveská 17/A, 843 10 Bratislava, IČO: 603 392, právne zastúpená: Advokátska kancelária ŠROBÁR, s.r.o., Laurinská 12/212, 811 01 Bratislava, v konaní proti nečinnosti orgánu verejnej správy, o oprave uznesenia č.k. 1S/48/2016-48 zo dňa 14.07.2016, takto r o z h o d o l : Uznesenie Krajského súdu v Bratislave č. k. 1S/48/2016-48 zo dňa 14.07.2016 na sa konci uznesenia na pravej strane listu č. 8 v časti podpisov a označenia sudcov, ktorí vo veci rozhodovali opravuje tak, že správne znie: JUDr. Monika Valašiková, PhD. predsedníčka senátu JUDr. Renáta Janáková členka senátu JUDr. Zuzana Mališová členka senátu o d ô v o d n e n i e : Žalobcovia sa žalobou doručenou Krajskému súdu v Bratislave dňa 08.03.2016 voči žalovanej domáhali preskúmania postupu správneho orgánu spočívajúceho v jeho nečinnosti v zmysle § 250t O.s.p. (teraz § 242 a nasl. S.s.p.) tak, aby uložil žalovanej povinnosť v lehote 30 dní od právoplatnosti tohto uznesenia konať vo veci vydania kolaudačného rozhodnutia na stavbu rodinného domu na pozemku parc. č. XXXX a parc. č. XXXX, katastrálne územie D. Q. T., Z. XX, U. s poukazom na ust. § 82 ods. 1 stavebného zákona a § 3 ods. 1 až 4 Správneho poriadku. Uznesením č. k. 1S/48/2016-48 zo dňa 14.07.2016 krajský súd žalobu zamietol a žalobcom právo na náhradu trov konania nepriznal. Podľa § 143 Správneho súdneho poriadku (ďalej len S.s.p.), správny súd kedykoľvek aj bez návrhu opraví v rozsudku chyby v písaní a počítaní, ako aj iné zrejmé nesprávnosti. O oprave vydá opravné uznesenie, ktoré doručí osobám uvedeným v § 142 ods. 1. Podľa § 147 ods. 2 S.s.p., ak nie je ďalej ustanovené inak, použijú sa na uznesenie primerane ustanovenia o rozsudku vrátane ustanovenia § 139 ods. 4 a § 141. Vzhľadom na skutočnosť, že pri písomnom vyhotovení uznesenia došlo k iným zrejmým nesprávnostiam spočívajúcich v opomenutí uviesť ďalších dvoch členov senátu v časti podpisov, čím došlo k nesúladu prvopisu s jeho rovnopismi, súd v zmysle § 143 S.s.p. v spojení s § 147 ods. 2 S.s.p. uvedenú chybu opravil tak, ako je uvedené vo výroku tohto rozhodnutia. Toto rozhodnutie senát Krajského súdu v Bratislave prijal pomerom hlasov 3 : 0 (§ 3 ods. 9 zákona č. 757/2004 Z.z. v znení zákona č. 33/2011). Poučenie: Proti tomuto uzneseniu nie je prípustná kasačná sťažnosť (§ 439 ods. 2 písm. a/ S.s.p.).</w:t>
      </w:r>
    </w:p>
    <w:p/>
    <w:p>
      <w:r>
        <w:t>Zdroj: KAUZIS.SK – https://www.kauzis.sk/judikatura/r/ECLI:SK:KSBA:2017:1016200392.2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