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1S/52/2016 z 24. 5. 2017</w:t>
      </w:r>
    </w:p>
    <w:p>
      <w:r>
        <w:t>Uznesenie Krajského súdu Bratislava z 24. mája 2017, sp. zn. 1S/52/2016, ECLI:SK:KSBA:2017:1016200421.1</w:t>
      </w:r>
    </w:p>
    <w:p>
      <w:r>
        <w:t>Súd: Krajský súd Bratislava</w:t>
      </w:r>
    </w:p>
    <w:p>
      <w:r>
        <w:t>Spisová značka: 1S/52/2016</w:t>
      </w:r>
    </w:p>
    <w:p>
      <w:r>
        <w:t>ECLI: ECLI:SK:KSBA:2017:1016200421.1</w:t>
      </w:r>
    </w:p>
    <w:p>
      <w:r>
        <w:t>Dátum vydania: 24.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1S/52/2016 Identifikačné číslo súdneho spisu: 1016200421 Dátum vydania rozhodnutia: 25. 05. 2017 Meno a priezvisko sudcu, VSÚ: JUDr. Anna Peťovská PhD. ECLI: ECLI:SK:KSBA:2017:1016200421.1 Uznesenie Krajský súd v Bratislave v právnej veci žalobkyne: O.. I. P., bytom E. XXX/XX, XXX XX C. A., zastúpenou Mgr. Richard Trusina, Hálkova 1, 831 03 Bratislava, proti žalovanému: Fakulta elektrotechniky a informatiky Slovenskej technickej univerzity v Bratislave, so sídlom Ilkovičova 3, 841 04 Bratislava, o preskúmanie zákonnosti rozhodnutia žalovaného č. 10/2016 zo dňa 18.02.2016, takto r o z h o d o l : Správny súd konanie z a s t a v u j e . Žiaden z účastníkov nemá právo na náhradu trov konania. o d ô v o d n e n i e : 1. Žalobou doručenou Krajskému súdu v Bratislave dňa 10.03.2016 sa žalobkyňa domáhala preskúmania zákonnosti rozhodnutia žalovaného č. 10/2016 zo dňa 18.02.2016, ktorým žalovaný odmietol žalobkyni sprístupniť informácie týkajúce sa výpisu znaleckých úkonov zo znaleckého denníka z rokov 2012 - 2014 zo zoznamu znalcov a znaleckých inštitúcií v zmysle zákona č. 211/2000 Z. z. o slobodnom prístupe k informáciám v znení neskorších predpisov. 2. Pred rozhodnutím vo veci samej žalobkyňa svojím podaním, doručeným tunajšiemu správnemu súdu dňa 19.05.2017 oznámila, že berie svoju žalobu v celom rozsahu späť a navrhla, aby súd konanie zastavil. 3. Podľa § 63 zákona č. 162/2015 Z. z.,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zastavené. 7. Toto rozhodnutie senát Krajského súdu v Bratislave prijal pomerom hlasov 3 : 0 (§ 3 ods. 9 zákona č. 757/2004 Z. z. v znení zákona č. 33/2011 Z. z.). Poučenie: Proti tomuto uzneseniu možno podať kasačnú sťažnosť v lehote jedného mesiaca od jeho doručenia prostredníctvom Krajského súdu v Bratislave na Najvyšší súd SR (§ 443 ods. 1 SSP).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https://www.kauzis.sk/judikatura/r/ECLI:SK:KSBA:2017:1016200421.1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