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6S/57/2016 z 23. 8. 2017</w:t>
      </w:r>
    </w:p>
    <w:p>
      <w:r>
        <w:t>Uznesenie Krajského súdu Bratislava z 23. augusta 2017, sp. zn. 6S/57/2016, ECLI:SK:KSBA:2017:1016200455.1</w:t>
      </w:r>
    </w:p>
    <w:p>
      <w:r>
        <w:t>Súd: Krajský súd Bratislava</w:t>
      </w:r>
    </w:p>
    <w:p>
      <w:r>
        <w:t>Spisová značka: 6S/57/2016</w:t>
      </w:r>
    </w:p>
    <w:p>
      <w:r>
        <w:t>ECLI: ECLI:SK:KSBA:2017:1016200455.1</w:t>
      </w:r>
    </w:p>
    <w:p>
      <w:r>
        <w:t>Dátum vydania: 23. 8. 2017</w:t>
      </w:r>
    </w:p>
    <w:p>
      <w:r>
        <w:t>Forma: Uznesenie</w:t>
      </w:r>
    </w:p>
    <w:p>
      <w:pPr>
        <w:pStyle w:val="Heading2"/>
      </w:pPr>
      <w:r>
        <w:t>Text rozhodnutia</w:t>
      </w:r>
    </w:p>
    <w:p>
      <w:r>
        <w:t>Súd: Krajský súd Bratislava Spisová značka: 6S/57/2016 Identifikačné číslo súdneho spisu: 1016200455 Dátum vydania rozhodnutia: 24. 08. 2017 Meno a priezvisko sudcu, VSÚ: Mgr. Marián Degma ECLI: ECLI:SK:KSBA:2017:1016200455.1 Uznesenie Krajský súd v Bratislave v právnej veci žalobcu: Rímskokatolícka cirkev, Farnosť Veľký Biel, so sídlom Kostolná 27, 900 24 Veľký Biel, IČO: 34 015 060, právne zastúpený: MAPLE &amp; FISH s.r.o, so sídlom Dunajská 15/A, 811 08 Bratislava, v mene ktorej koná JUDr. Viliam Karas, PhD., konateľ a advokát, proti žalovanému: Okresný úrad Bratislava, so sídlom Tomášikova 46, 832 05 Bratislava, o preskúmanie zákonnosti rozhodnutia žalovaného č. OU-BA-OVBP2-2016/005024/JAN zo dňa 11.01.2016, jednohlasne, takto r o z h o d o l : Krajský súd v Bratislave konanie z a s t a v u j e . Žiaden z účastníkov n e m á právo na náhradu trov konania. o d ô v o d n e n i e : 1. Žalobou podanou na Krajský súd v Bratislave dňa 16.03.2016 sa žalobca domáhal preskúmania zákonnosti a zrušenia rozhodnutia žalovaného č. OU-BA-OVBP2-2016/005024/JAN zo dňa 11.01.2016, ktorým žalovaný zamietol odvolanie žalobcu v správnom konaní a rozhodnutie prvostupňového správneho orgánu - obce Veľký Biel pod číslom: Výst. 279-506-15-Ve zo dňa 02.10.2015 o povolení užívania stavby potvrdil. 2. Podaním doručeným krajskému súdu dňa 18.07.2017 zobral žalobca svoju žalobu späť v celom rozsahu a žiadal zastaviť konanie. 3. Podľa § 63 Správneho súdneho poriadku (ďalej len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4. Krajský súd v Bratislave konanie zastavil, nakoľko žalobca zobral žalobu späť v celom rozsahu. 5. Podľa § 170 písm. b) SSP, žiaden z účastníkov nemá právo na náhradu trov konania, ak konanie bolo zastavené. 6. Nakoľko konanie bolo z titulu späťvzatia zastavené, súd rozhodol podľa § 170 písm. b) SSP o trovách konania tak, že žiaden z účastníkov nemá právo na náhradu trov konania. 7. Toto rozhodnutie senát Krajského súdu v Bratislave prijal pomerom hlasov 3:0 (§ 3 ods. 9 zákona č. 757/2004 Z. 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https://www.kauzis.sk/judikatura/r/ECLI:SK:KSBA:2017:1016200455.1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