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1S/58/2016 z 9. 8. 2017</w:t>
      </w:r>
    </w:p>
    <w:p>
      <w:r>
        <w:t>Uznesenie Krajského súdu Bratislava z 9. augusta 2017, sp. zn. 1S/58/2016, ECLI:SK:KSBA:2017:1016200463.3</w:t>
      </w:r>
    </w:p>
    <w:p>
      <w:r>
        <w:t>Súd: Krajský súd Bratislava</w:t>
      </w:r>
    </w:p>
    <w:p>
      <w:r>
        <w:t>Spisová značka: 1S/58/2016</w:t>
      </w:r>
    </w:p>
    <w:p>
      <w:r>
        <w:t>ECLI: ECLI:SK:KSBA:2017:1016200463.3</w:t>
      </w:r>
    </w:p>
    <w:p>
      <w:r>
        <w:t>Dátum vydania: 9. 8. 2017</w:t>
      </w:r>
    </w:p>
    <w:p>
      <w:r>
        <w:t>Forma: Uznesenie</w:t>
      </w:r>
    </w:p>
    <w:p>
      <w:pPr>
        <w:pStyle w:val="Heading2"/>
      </w:pPr>
      <w:r>
        <w:t>Text rozhodnutia</w:t>
      </w:r>
    </w:p>
    <w:p>
      <w:r>
        <w:t>Súd: Krajský súd Bratislava Spisová značka: 1S/58/2016 Identifikačné číslo súdneho spisu: 1016200463 Dátum vydania rozhodnutia: 10. 08. 2017 Meno a priezvisko sudcu, VSÚ: JUDr. Anna Peťovská PhD. ECLI: ECLI:SK:KSBA:2017:1016200463.3 Uznesenie Krajský súd v Bratislave v právnej veci žalobcu: O. Z., bytom S. XX, I., proti žalovanej: Dôvera zdravotná poisťovňa, a. s., so sídlom Einsteinova 25, Bratislava, o preskúmanie zákonnosti rozhodnutia žalovanej - výkaz nedoplatkov č.: 1303613431 zo dňa 01.04.2013, takto r o z h o d o l : Správny súd konanie z a s t a v u j e. Žiaden z účastníkov nemá právo na náhradu trov konania. o d ô v o d n e n i e : 1. Žalobca sa žalobou doručenou tunajšiemu súdu dňa 17.03.2016 domáhal preskúmania zákonnosti rozhodnutia žalovanej - výkazu nedoplatkov č. k.: 1303613431 zo dňa 01.04.2013, ktoré navrhol zrušiť a vec vrátiť žalovanej na ďalšie konanie. 2. Žalovaná napadnutým rozhodnutím žalobcovi uložila povinnosť zaplatiť dlžné poistné vyplývajúce z neodvedeného preddavku na poistné na verejné zdravotné poistenie za obdobie 200902 do 201204 v sume 1 974,66 eura a poplatok za vydanie výkazu nedoplatkov vo sume 10,00 eur, spolu v celkovej sume 1 984,66 eura do pätnástich kalendárnych dní odo dňa doručenia tohto výkazu nedoplatkov na účet zdravotnej poisťovne. 3. Žalobca v podanej žalobe uviedol, že výkaz nedoplatkov bol vydaný v rozpore so zákonom a napriek tomu, že žalovaná ho považovala v konaní za účastníka konania, uvedený výkaz nedoplatkov mu doručený do dňa podania žaloby nebol, čo je konštatované aj v uznesení Okresného súdu Bratislava II č. k. 55Ex 3025/2013-38 zo dňa 04. februára 2016. V uvedenom uznesení bolo konštatované, že zásielka adresovaná do vlastných rúk sa vrátila žalovanej dňa 10. apríla 2013 s poukazom „adresát neznámy“. Podľa jeho názoru žalovaná porušila ustanovenie § 17b zákona o zdravotnom poistení, v tomto prípade nemožno uplatniť fikciu doručenia podľa ust. § 17b ods. 4 zákona o zdravotnom poistení, keďže adresát bol neznámy. Žalobca poukázal aj na ustanovenie § 23 ods. 1 zák. č. 253/1998 Z. z. o hlásení pobytu občanov účinného od roku 2013. K vytýkanému nesplneniu si oznamovacej povinnosti podľa § 23 ods. 1 zákona o zdravotnom poistení žalobca uviedol, že toto tvrdenie sa nezakladá na pravde, pretože trvalý pobyt si zmenil ešte za účinnosti zákona č. 273/1994 Z. z. o zdravotnom poistení, financovaní zdravotného poistenia, o zriadení všeobecnej zdravotnej poisťovne a o zriadení rezortných, odvetvových, podnikových a občianskych zdravotných poisťovní. 4. Podľa § 491 ods. 2 Správneho súdneho poriadku (ďalej len ,,SSP“)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7. Podľa § 179 ods. 4 SSP po právoplatnosti uznesenia podľa odseku 1 správny súd konanie zastaví. Správny súd zastaví konanie vždy aj vtedy, ak od vydania napadnutého rozhodnutia alebo opatrenia do podania žaloby opomenutým účastníkom uplynuli viac ako tri roky. 8. Po overení tvrdení žalobcu uvedených v žalobe tunajší správny súd v zmysle ust. § 179 ods. 1 SSP uznesením č. k. 1S/58/2016-56 zo dňa 09.02.2017 uložil žalovanej: Dôvera zdravotná poisťovňa, a. s., so sídlom Einsteinova 25, Bratislava povinnosť doručiť žalobcovi výkaz nedoplatkov č. 1303613431 zo dňa 01.04.2013, a to v lehote 15 dní odo dňa doručenia tohto uznesenia. Rozhodnutie nadobudlo právoplatnosť dňa 17.03.2017. 9. Keďže uznesenie tunajšieho súdu č. k. 1S/58/2016-56 zo dňa 09.02.2017 nadobudlo právoplatnosť dňa 17.03.2017, súd konanie podľa ust. § 179 ods. 4 SSP zastavil. 10. O náhrade trov konania správny súd rozhodol podľa § 170 písm. b) SSP tak, že žiaden z účastníkov nemá právo na náhradu trov konania, nakoľko konanie bolo zastavené. 11.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https://www.kauzis.sk/judikatura/r/ECLI:SK:KSBA:2017:1016200463.3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