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8Sd/41/2016 z 19. 9. 2017</w:t>
      </w:r>
    </w:p>
    <w:p>
      <w:r>
        <w:t>Uznesenie Krajského súdu Bratislava z 19. septembra 2017, sp. zn. 8Sd/41/2016, ECLI:SK:KSBA:2017:1016200489.1</w:t>
      </w:r>
    </w:p>
    <w:p>
      <w:r>
        <w:t>Súd: Krajský súd Bratislava</w:t>
      </w:r>
    </w:p>
    <w:p>
      <w:r>
        <w:t>Spisová značka: 8Sd/41/2016</w:t>
      </w:r>
    </w:p>
    <w:p>
      <w:r>
        <w:t>ECLI: ECLI:SK:KSBA:2017:1016200489.1</w:t>
      </w:r>
    </w:p>
    <w:p>
      <w:r>
        <w:t>Dátum vydania: 19. 9. 2017</w:t>
      </w:r>
    </w:p>
    <w:p>
      <w:r>
        <w:t>Forma: Uznesenie</w:t>
      </w:r>
    </w:p>
    <w:p>
      <w:pPr>
        <w:pStyle w:val="Heading2"/>
      </w:pPr>
      <w:r>
        <w:t>Text rozhodnutia</w:t>
      </w:r>
    </w:p>
    <w:p>
      <w:r>
        <w:t>Súd: Krajský súd Bratislava Spisová značka: 8Sd/41/2016 Identifikačné číslo súdneho spisu: 1016200489 Dátum vydania rozhodnutia: 20. 09. 2017 Meno a priezvisko sudcu, VSÚ: JUDr. Blanka Malichová ECLI: ECLI:SK:KSBA:2017:1016200489.1 Uznesenie Krajský súd v Bratislave v právnej veci navrhovateľa: H. K., X.. XX.XX.XXXX, L. R.J. XXXX/XX, XXX XX L., proti odporkyni: Sociálna poisťovňa - ústredie, Ul. 29. augusta č. 8-10, Bratislava, o invalidný dôchodok o preskúmanie rozhodnutia správneho orgánu vo veci dôchodkového poistenia č. XXX XXX XXXX X zo dňa 08.02.2016, takto r o z h o d o l : Konanie z a s t a v u j e. Žiaden z účastníkov nemá právo na náhradu trov konania. o d ô v o d n e n i e : 1. Navrhovateľ opravným prostriedkom zo dňa 17.02.2016, Krajskému súdu v Bratislave (ďalej iba „súd“) doručeným prostredníctvom odporkyne dňa 24.03.2016, žiadal preskúmať rozhodnutie odporkyne číslo XXX XXX XXXX X zo dňa 08.02.2016, ktorým navrhovateľovi priznala invalidný dôchodok od 14.08.2014 vo výške 331,10 eur mesačne, zodpovedajúci poklesu jeho schopnosti vykonávať zárobkovú činnosť v porovnaní so zdravou fyzickou osobou o 50 % . Na základe opravného prostriedku navrhovateľa, týkajúceho začiatku priznania invalidného dôchodku, bol posudkovým lekárom Sociálnej poisťovne opätovne posudzovaný zdravotný stav navrhovateľa, a na základe zmeny v posudkových záveroch bol rozhodnutím zo dňa 11.04.2016 navrhovateľovi invalidný dôchodok priznaný od 20.09.2013. 2. Podaním doručeným súdu dňa 08.09.2017 vzal navrhovateľ svoj návrh späť a z dôvodu odpadnutia predmetu sporu žiadal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pre vyhovenie jeho návrhu vzal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https://www.kauzis.sk/judikatura/r/ECLI:SK:KSBA:2017:1016200489.1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