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5Scud/7/2016 z 3. 10. 2017</w:t>
      </w:r>
    </w:p>
    <w:p>
      <w:r>
        <w:t>Rozsudok Krajského súdu Bratislava z 3. októbra 2017, sp. zn. 5Scud/7/2016, ECLI:SK:KSBA:2017:1016200504.3</w:t>
      </w:r>
    </w:p>
    <w:p>
      <w:r>
        <w:t>Súd: Krajský súd Bratislava</w:t>
      </w:r>
    </w:p>
    <w:p>
      <w:r>
        <w:t>Spisová značka: 5Scud/7/2016</w:t>
      </w:r>
    </w:p>
    <w:p>
      <w:r>
        <w:t>ECLI: ECLI:SK:KSBA:2017:1016200504.3</w:t>
      </w:r>
    </w:p>
    <w:p>
      <w:r>
        <w:t>Dátum vydania: 3. 10. 2017</w:t>
      </w:r>
    </w:p>
    <w:p>
      <w:r>
        <w:t>Forma: Rozsudok</w:t>
      </w:r>
    </w:p>
    <w:p>
      <w:r>
        <w:t>Oblasť práva: Správne právo</w:t>
      </w:r>
    </w:p>
    <w:p>
      <w:pPr>
        <w:pStyle w:val="Heading2"/>
      </w:pPr>
      <w:r>
        <w:t>Text rozhodnutia</w:t>
      </w:r>
    </w:p>
    <w:p>
      <w:r>
        <w:t>Súd: Krajský súd Bratislava Spisová značka: 5Scud/7/2016 Identifikačné číslo súdneho spisu: 1016200504 Dátum vydania rozhodnutia: 04. 10. 2017 Meno a priezvisko sudcu, VSÚ: JUDr. Milota Tóthová ECLI: ECLI:SK:KSBA:2017:1016200504.3 ROZSUDOK V MENE SLOVENSKEJ REPUBLIKY Krajský súd v Bratislave samosudkyňou JUDr. Milotou Tóthovou v právnej veci navrhovateľky Y. H., H. Z. XX/XX, K., M. M. proti odporkyni Sociálnej poisťovni ústredie v Bratislave, Ul. 29. augusta č. 8-10, Bratislava o invalidný dôchodok takto r o z h o d o l : Súd rozhodnutie odporkyne číslo XXX XXX XXXX X - V.. zo dňa 2. septembra 2015 potvrdzuje. Účastníkom náhradu trov konania nepriznáva. o d ô v o d n e n i e : Rozhodnutím číslo XXX XXX XXXX X - V.. zo dňa 2. septembra 2015 odporkyňa podľa § 70 a § 71 zákona č. 461/2003 Z.z. o sociálnom poistení v znení neskorších predpisov a podľa čl. 46 nariadenia (ES) Európskeho parlamentu a Rady č. 883/2004 o koordinácii systémov sociálneho zabezpečenia zamietla žiadosť navrhovateľky o invalidný dôchodok zo dňa 20. júna 2014. Rozhodla tak s odôvodnením, že podľa posudku posudkového lekára Sociálnej poisťovne, pobočky Bratislava zo dňa 16. apríla 2014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u navrhovateľky je 35%. Navrhovateľka návrhom zo dňa 29.9.2015 žiadala preskúmať toto rozhodnutie odporkyne a uviedla, že v čase relevantnom pre posúdenie trpela viacerými zdravotnými problémami ako chronickými bolesťami chrbtice, lumboischialgiou, silnými bolesťami krčnej chrbtice s obmedzenou pohyblivosťou horných končatín, viac pravej ruky a častými exacerbáciami ťažkej nekontrolovateľnej bronchiálnej astmy so strednou obštrukciou a zhoršením psychiatrického stavu. Krajský súd preskúmal napadnuté rozhodnutie podľa § 250l a nasl. O.s.p., prejednal návrh navrhovateľky a dospel k záveru, že návrh nie je dôvodný. Krajský súd vykonal dokazovanie výsluchom odporkyne, posudkom posudkového lekára Sociálnej poisťovne ústredie Bratislava zo dňa 16.4.2015, posudkom posudkového lekára Sociálnej poisťovne pobočka Bratislava zo dňa 26.2.2016, posudkom posudkového lekára Sociálnej poisťovne ústredie Bratislave zo dňa 23.3.2016, oboznámil sa s posudkovým spisom odporkyne a dávkovým spisom odporkyne číslo XXX XXX XXXX X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článku 46 Nariadenia (ES) Európskeho parlamentu a rady 883/2004 o koordinácii systémov sociálneho zabezpečenia osoby, na ktoré sa vzťahujú iba právne predpisy typu B, alebo právne predpisy typu A a B 1. Osoba, na ktorú sa následne alebo striedavo vzťahovali právne predpisy dvoch alebo viacerých členských štátov, z ktorých aspoň jeden nie je typu A, má nárok na dávky podľa kapitoly 5, ktorá sa uplatňuje mutatis mutandis pri zohľadnení odseku 3. 2. Avšak ak u danej osoby, na ktorú sa predtým vzťahovali právne predpisy typu A nastane práceneschopnosť nasledovaná invaliditou, pričom sa na ňu vzťahujú právne predpisy typu A, dostáva dávky v súlade s článkom 44, ak: - spĺňa podmienky výlučne týchto právnych predpisov, alebo iných právnych predpisov toho istého typu, pričom sa prípadne zohľadňuje článok 45, ale bez využitia dôb poistenia alebo bydliska dosiahnutý podľa právnych predpisov typu B, a - neuplatňuje žiadne nároky na dávky v starobe, pri zohľadnení článku 50 ods. 1 3. Rozhodnutie inštitúcie členského štátu o stupni invalidity žiadateľa je záväzné pre inštitúciu všetkých dotknutých členských štátov, ak je v prílohe VII uvedená zhoda právnych predpisov týchto členských štátov týkajúca sa podmienok vzťahujúcich sa na stupeň invalidity. Navrhovateľke pôvodne rozhodnutím číslo XXX XXX XXXX X zo dňa 12. júna 2013 v spojení so zmenovým rozhodnutím zo dňa 14. júla 2014 odporkyňa podľa § 70 a § 71 ods. 1 zákona č. 461/2003 Z.z. o sociálnom poistení v znení neskorších predpisov a podľa čl. 46 nariadenia (ES) Európskeho parlamentu a Rady č. 883/2004 o koordinácii systémov sociálneho zabezpečenia odporkyňa zamietla žiadosť o invalidný dôchodok zo dňa 12. marca 2012 odôvodnením, že navrhovateľka pre dlhodobo nepriaznivý zdravotný stav nemá pokles schopnosti vykonávať zárobkovú činnosť o viac ako 40% v porovnaní so zdravou fyzickou osobou. Navrhovateľka požiadala o preskúmanie uvedeného rozhodnutia. Krajský súd v Bratislave po vykonanom dokazovaní rozsudkom č.k. 10Scud/17/2013-73 zo dňa 24. októbra 2014, ktorý nadobudol právoplatnosť dňa 30.12.2014 zrušil rozhodnutie odporkyne číslo XXX XXX XXXX X zo dňa 12. júna 2013 a rozhodnutie číslo XXX XXX XXXX X zo dňa 14. júla 2014 a vec vrátil odporkyni na ďalšie konanie s tým, že odporkyňa musí opätovne posúdiť zdravotný stav navrhovateľky za prítomnosti lekára z odboru pneumológie, predovšetkým z dôvodu, že lekárske správy špecialistov v Rakúsku, vrátane spirometrických vyšetrení, s výnimkou lekárskej správy zo dňa 28.7.2014, neuvádzajú FEV 1 v percentuálnych hodnotách ako príloha 4. Odporkyňa po vrátení veci opätovne preskúmala zdravotný stav navrhovateľky. Posudkový lekár Sociálnej poisťovne ústredie Bratislava v posudku zo dňa 16.4.2015 za účasti prísediaceho odborného lekára internistu uviedol, že navrhovateľka trpí na choroby a to: astmu - záduch, depresívne epizódy, panickú poruchu, bolesť chrbta-dorzalgiu, pľúcnu embóliu vpravo-stav po v 03/2011, subtotálne roztrhnutie predného skríženého väzu pravého kolena-stav po v r. 2009, intoxikáciu liekmi- stav v 01/2010 podľa dokumentácie a exogénnu obezitu. Konštatoval, že z pľúcneho vyšetrenia zo dňa 8.1.2014 vyplýva, že navrhovateľka od septembra do decembra 2013 mala príznaky bronchitídy (zápalu priedušiek) bez teploty, s čiastočným produktívnym kašľom. Navrhovateľka je sledovaná na pľúcnej ambulancii pre bronchiálnu astmu. Podľa RTG snímke hrudníka z 8.1.2014 je veľkosť srdca v norme, je zvýraznená bronchovaskulárna kresba a v pľúcnom parenchýme nie sú pľúcne infiltráty. Spirometrické vyšetrenie vykázalo vitálnu kapacitu pľúc 68% a uvádza sa obštrukcia stredného stupňa bez bližšieho dokladovania. V krvných plynoch je čiastočná respiračná insuficiencia s hyperventiláciou. Vyšetrenie vykázalo zlepšenie funkcie pľúc asi o 31%. Napriek tomu, že vyšetrenie bolo ovplyvnené prekonaným infektom priedušiek je vykázané zlepšenie pľúcnych funkcií. Vyšetrenie z 28.7.2014 potvrdzuje, že dýchanie je vezikulárne, čisté, spirometria vykazuje vitálnu kapacitu 76%, krvné plyny v kľude, sú v norme, prítomná je obštrukcia stredného stupňa, aj v tomto prípade bez príslušného dokladovania. Difúzna kapacita je v norme. Poukázal na to, že obe vyšetrenia potvrdzujú, že navrhovateľka trpí na chronickú astmu bronchiale, ktorá sa javí v porovnaní s predchádzajúcim nálezom zlepšená a predložené odborné pľúcne vyšetrenia z 8.1.2014 a 28.7.2014 potvrdzujú ochorenie navrhovateľky na bronchiálnu astmu, ktoré však nepopisujú všetky relevantné ukazovatele pľúcnych funkcií. Konštatoval, že z dostupných vyšetrení je však dokumentovaný ľahký stupeň poškodenia a uviedol, že FEV1 je len jedno z viacerých vyšetrení, ktoré sa vykonávajú na zistenie poruchy funkcie dýchacieho ústrojenstva, pričom komplexné hodnotenie vyšetrení svedčí pre ľahkú formu astmy bronchiale. Rozhodujúcim zdravotným postihnutím u navrhovateľky je bronchiálna astma, ľahká perzistujúca (kapitola VIII., oddiel B, položka 3.b) prílohy č. 4 zákona č. 461/2003 Z.z.), kde mieru poklesu schopnosti vykonávať zárobkovú činnosť posudkový lekár stanovil na 30%. Pre iné zdravotné postihnutie a to ostatné ochorenia zvýšil percentuálnu mieru o 5%. Celková miera poklesu schopnosti vykonávať zárobkovú činnosť je 35%. Navrhovateľka nie je invalidná podľa § 71 ods. 1 zákona č. 461/2003 Z.z. o sociálnom zabezpečení lebo pre dlhodobo nepriaznivý zdravotný stav nemá pokles schopnosti vykonávať zárobkovú činnosť o viac ako 40% v porovnaní so zdravou fyzickou osobou. Na základe tohto posudku odporkyňa vydala rozhodnutie číslo XXX XXX XXXX X - V.. zo dňa 2. septembra 2015, ktorým podľa § 70 a § 71 zákona č. 461/2003 Z.z. o sociálnom poistení v znení neskorších predpisov a podľa čl. 46 nariadenia (ES) Európskeho parlamentu a Rady č. 883/2004 o koordinácii systémov sociálneho zabezpečenia zamietla žiadosť navrhovateľky o invalidný dôchodok zo dňa 20. júna 2014. Po podaní opravného prostriedku zdravotný stav a pracovnú schopnosť navrhovateľky posudzoval posudkový lekár Sociálnej poisťovne pobočka Bratislava, ktorý v posudku zo dňa 26.2.2016 uviedol, že navrhovateľka trpí na choroby a to astmu- záduch, depresívne epizódy, panickú poruchu, adaptačnú poruchu, bolesť chrbta- dorzalgiu, pľúcnu embóliu vpravo-stav po v 03/2011, subtotálne roztrhnutie predného skríženého väzu pravého kolena-stav po v r. 2009, intoxikáciu liekmi-stav po v 01/2010 podľa dokumentácie a exogénnu obezitu. Po vyhodnotení nových lekárskych nálezov a to pneumologického vyšetrenia zo dňa 9.9.2015, lekárskej správy zo dňa 27.4.2015, správy zo dňa 18.6.2015 a psychiatrického vyšetrenia zo dňa 2.9.2015 konštatoval, že navrhovateľka je dlhodobo liečená pneumológom pre astmu, psychiatrom pre depresívnu poruchu, panickú poruchu a adaptačnú poruchu. V anamnéze sú uvedené aj bolesti driekovej chrbtice, ktoré trvajú niekoľko rokov a sú liečené neurológom. Uviedol, že v popredí zdravotných ťažkostí navrhovateľky je bronchiálna astma, ktorá však pri zavedenej terapii je dlhodobo kompenzovaná, o čom svedčí aj doložený odborný nález zo spirometrického vyšetrenia, ktoré vykazuje vitálnu kapacitu 79%, odpor dýchacích ciest v norme, saturácia kyslíkom 99% normy, krvné plyny veku primerané a alveolárna difúzna kapacita je normálna. Tieto vyšetrenia potvrdzujú ľahký stupeň poškodenia. Doložené neurologické vyšetrenie dokumentuje bolesť chrbta na podklade degeneratívnych zmien chrbtice, bez závažnejších nervových a svalových dráždení, nie sú prítomné svalové atrofie ani ochrnutia. V psychiatrickom náleze nie sú prítomné poruchy vedomia, orientácie, myslenia, žiadne bludy, ani halucinácie, afekt mierne redukovaný, mierne tendencie sociálneho ústupu a mierne poruchy spánku. Konštatoval, že žiadne z ochorení nedosahuje stupeň potrebný pre priznanie invalidity. Rozhodujúcim zdravotným postihnutím u navrhovateľky je bronchiálna astma, ľahká perzistujúca (kapitola VIII., oddiel B, položka 3.b) prílohy č. 4 zákona č. 461/2003 Z.z.), kde mieru poklesu schopnosti vykonávať zárobkovú činnosť posudkový lekár stanovil na 30%. Pre iné zdravotné postihnutie a to ostatné ochorenia zvýšil percentuálnu mieru o 5%. Celková miera poklesu schopnosti vykonávať zárobkovú činnosť je 35%. Navrhovateľka nie je invalidná podľa § 71 ods. 1 zákona č. 461/2003 Z.z. o sociálnom zabezpečení lebo pre dlhodobo nepriaznivý zdravotný stav nemá pokles schopnosti vykonávať zárobkovú činnosť o viac ako 40% v porovnaní so zdravou fyzickou osobou. Posudkový lekár Sociálnej poisťovne ústredie Bratislava v posudku zo dňa 23.3.2016 uviedol, že navrhovateľka trpí na choroby a to astmu-záduch, depresívne epizódy, panickú poruchu, adaptačnú poruchu, bolesť chrbta-dorzalgiu, exogénnu obezitu, pľúcnu embóliu vpravo-stav po v 03/2011, natrhnutie predného skríženého väzu pravého kolena-stav po v r. 2009 a intoxikáciu liekmi-stav po v 01/2010 podľa dokumentácie. Konštatoval, že po podrobnom preskúmaní celej posudkovej dokumentácie sa v plnej miere stotožnil s posudkovým záverom uvedeným v posudku zo dňa 26.2.2016. Uviedol, že rozhodujúcim zdravotným postihnutím u navrhovateľky je bronchiálna astma, ľahká perzistujúca (kapitola VIII., oddiel B, položka 3.b) prílohy č. 4 zákona č. 461/2003 Z.z.), kde mieru poklesu schopnosti vykonávať zárobkovú činnosť stanovil na 30%, čo prestavuje hornú hranicu percentuálneho rozpätia u danej položky. Pre iné zdravotné postihnutie a to ostatné ochorenia zvýšil percentuálnu mieru o 5%. Celková miera poklesu schopnosti vykonávať zárobkovú činnosť je 35%. Navrhovateľka nie je invalidná podľa § 71 ods. 1 zákona č. 461/2003 Z.z. o sociálnom zabezpečení lebo pre dlhodobo nepriaznivý zdravotný stav nemá pokles schopnosti vykonávať zárobkovú činnosť o viac ako 40% v porovnaní so zdravou fyzickou osobou. Navrhovateľka sa na pojednávanie dňa 4.10.2017 napriek riadnemu predvolaniu nedostavila, svoju neúčasť na ňom ospravedlnila a súhlasila, aby súd rozhodol v jej neprítomnosti, a preto súd podľa § 101 ods. 2 Občianskeho súdneho poriadku (ďalej len O.s.p.) vec prejednal v jej neprítomnosti. Zástupkyňa odporkyne vzhľadom na zhodné závery posudkov posudkových lekárov žiadala napadnuté rozhodnutie číslo XXX XXX XXXX X-V.. zo dňa 2. septembra 2015 ako vecne správne potvrdiť. Zároveň poukázala na to, že z dávkového spisu je zrejmé, že v napadnutom rozhodnutí bola omylom uvedená rímska číslica II., nakoľko v dávkovom spise sa takého rozhodnutie z toho istého dňa s rímskou číslicou I. nenachádza a zároveň poukázala aj nato, že v odôvodnení napadnutého rozhodnutia je nesprávne uvedený dátum odborného lekárskeho posudku, ktorý mal byť uvedený 16.4.2015, avšak uvedené nemá vplyv na vecnú správnosť napadnutého rozhodnutia. Posudkový lekár sociálneho poistenia Sociálnej poisťovne pobočka Bratislava ako aj posudkoví lekári sociálneho poistenia Sociálnej poisťovne ústredie Bratislava vo svojich vyššie uvedených posudkoch sa vysporiadali s lekárskymi nálezmi nachádzajúcimi sa v zdravotnej dokumentácii navrhovateľky a aj za účasti prísediaceho odborného lekára internistu dospeli k zhodnému názoru, že súčasný zdravotný stav navrhovateľky nespĺňa zdravotné podmienky na priznanie invalidity podľa § 71 ods. 1 zákona č. 461/2003 Z.z. o sociálnom poistení. Zhodne určili, že rozhodujúcim zdravotným postihnutím u navrhovateľky je bronchiálna astma, ľahká perzistujúca (kapitola VIII., oddiel B, položka 3.b) prílohy č. 4 zákona č. 461/2003 Z.z.), kde mieru poklesu schopnosti vykonávať zárobkovú činnosť posudkoví lekári zhodne stanovili na 30%, čo prestavuje hornú hranicu percentuálneho rozpätia u danej položky. Pre iné zdravotné postihnutie a to ostatné ochorenia zvýšili percentuálnu mieru o 5%. Navrhovateľka je dlhodobo liečená pneumológom pre astmu, ktorá je pri zavedenej terapii dlhodobo kompenzovaná, čo potvrdzuje doložený odborný nález zo spirometrického vyšetrenia, ktoré vykazuje vitálnu kapacitu 79%, odpor dýchacích ciest v norme, saturácia kyslíkom 99% normy, krvné plyny veku primerané a alveolárna difúzna kapacita je normálna a dostupné vyšetrenia potvrdzujú ľahký stupeň poškodenia. Navrhovateľka je dlhodobo liečená psychiatrom pre depresívnu poruchu, panickú poruchu a adaptačnú poruchu, pričom v psychiatrickom náleze nie sú prítomné poruchy vedomia, orientácie, myslenia, žiadne bludy, ani halucinácie, afekt mierne redukovaný, mierne tendencie sociálneho ústupu a mierne poruchy spánku. Neurologické vyšetrenie dokumentuje bolesť chrbta na podklade degeneratívnych zmien chrbtice, bez závažnejších nervových a svalových dráždení, nie sú prítomné svalové atrofie ani ochrnutia. Zistenia posudkových lekárov neboli spochybnené ani v súdnom konaní. Závery posudkov posudkových lekárov sú odborné, presvedčivé, náležite zdôvodnené a súd nezistil rozpor medzi ich závermi a zisteným skutočným stavom. V prípade, že sa zdravotný stav navrhovateľky v budúcnosti významne zhorší, čo by preukazovali nové lekárske nálezy, navrhovateľka môže novou žiadosťou požiadať o invalidný dôchodok. Súd z dávkového spisu odporkyne číslo XXX XXX XXXX X zistil, že sa v ňom nachádza iba rozhodnutie zo dňa 2. septembra 2015 vydané pod číslom XXX XXX XXXX X-V.. Iné rozhodnutie z 2. septembra 2015 vydané pod číslom XXX XXX XXXX X- V.. sa v dávkovom spise odporkyne nenachádza. V tejto súvislosti súd konštatuje, že sa zrejme jedná iba o chybu v čísle vydaného napadnutého rozhodnutia a rovnako tak zrejme v odôvodnení nesprávne uvedeného dátumu odborného posudku zo dňa 16. mája 2015, pričom má byť správne uvedené 16. apríla 2015, čo však nemá vplyv na vecnú správnosť napadnutého rozhodnutia, nakoľko ani jeho zrušením, resp. opravou by nedošlo k inému skutkovému a právnemu záveru ako bolo uvedené v napadnutom rozhodnutí XXX XXX XXXX X-V.. zo dňa 2. septembra 2015. Súd preto z vyššie uvedených dôvodov napadnuté rozhodnutie číslo XXX XXX XXXX X- II. zo dňa 2. septembra 2015 podľa § 250q ods. 2 O.s.p. ako správne potvrdil. O trovách konania súd rozhodol podľa § 250k ods. 1 v spojení s § 250l ods. 2 O.s.p. Navrhovateľka nebola v konaní úspešná, a preto jej súd náhradu trov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https://www.kauzis.sk/judikatura/r/ECLI:SK:KSBA:2017:1016200504.3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