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6S/65/2016 z 17. 1. 2017</w:t>
      </w:r>
    </w:p>
    <w:p>
      <w:r>
        <w:t>Uznesenie Krajského súdu Bratislava z 17. januára 2017, sp. zn. 6S/65/2016, ECLI:SK:KSBA:2017:1016200515.1</w:t>
      </w:r>
    </w:p>
    <w:p>
      <w:r>
        <w:t>Súd: Krajský súd Bratislava</w:t>
      </w:r>
    </w:p>
    <w:p>
      <w:r>
        <w:t>Spisová značka: 6S/65/2016</w:t>
      </w:r>
    </w:p>
    <w:p>
      <w:r>
        <w:t>ECLI: ECLI:SK:KSBA:2017:1016200515.1</w:t>
      </w:r>
    </w:p>
    <w:p>
      <w:r>
        <w:t>Dátum vydania: 17.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6S/65/2016 Identifikačné číslo súdneho spisu: 1016200515 Dátum vydania rozhodnutia: 18. 01. 2017 Meno a priezvisko sudcu, VSÚ: JUDr. Vlastimil Pavlikovský ECLI: ECLI:SK:KSBA:2017:1016200515.1 Uznesenie Krajský súd v Bratislave v právnej veci žalobcu: ELOSA, s.r.o., so sídlom Ružová dolina 33, 821 09 Bratislava, právne zastúpený: STEINIGER | law firm, s.r.o., so sídlom Jasovská 17, 851 07 Bratislava, proti žalovanému: Finančné riaditeľstvo Slovenskej republiky, so sídlom Lazovná 63, 974 01 Banská Bystrica, o preskúmanie zákonnosti rozhodnutia žalovaného č. 102400363/2016 zo dňa 20.01.2016, takto r o z h o d o l : Krajský súd v Bratislave p o s t u p u j e vec Krajskému súdu v Žiline. o d ô v o d n e n i e : 1. Žalobou doručenou tunajšiemu správnemu súdu dňa 29.3.2016 sa žalobca domáhal preskúmania zákonnosti rozhodnutia žalovaného č. 102400363/2016 zo dňa 20.01.2016. Žalobou napadnutým rozhodnutím žalovaný potvrdil rozhodnutie Daňového úradu Žilina č. 20979591/2015 zo dňa 13.10.2015, ktorým podľa § 68 ods. 5 a 6 zákona č. 563/2009 Z.z. o správe daní tento vyrubil rozdiel dane v sume XX.XXX,XX € na dani z pridanej hodnoty za zdaňovacie obdobie august 2012 platiteľovi dane z priadnej hodnoty.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§ 97 SSP, ak tento zákon neustanovuje inak, správny súd kedykoľvek počas konania prihliada na to, či sú splnené podmienky, za ktorých môže správny súd konať a rozhodnúť (ďalej len "procesné podmienky"). 4. Podľa § 10 SSP, na konanie a rozhodovanie v správnom súdnictve sú vecne príslušné krajské súdy, ak tento zákon neustanovuje inak. 5. Podľa ust. § 11 ods. 1 O.s.p. konanie sa uskutočňuje na tom súde, ktorý je vecne a miestne príslušný. Príslušnosť sa určuje podľa okolností, ktoré tu sú v čase začatia konania a trvá až do jeho skončenia.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V uvedenej právnej veci správny súd po skúmaní procesných podmienok zistil, že nie je miestne príslušný na konanie o podanej žalobe. V prejednávanej veci rozhodoval v prvom stupni Daňový úrad Žilina, ktorý má sídlo v Žiline a teda miestne (aj vecne) príslušným je Krajský súd v Žiline,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Žiline.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https://www.kauzis.sk/judikatura/r/ECLI:SK:KSBA:2017:1016200515.1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