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5Sd/44/2016 z 3. 10. 2017</w:t>
      </w:r>
    </w:p>
    <w:p>
      <w:r>
        <w:t>Uznesenie Krajského súdu Bratislava z 3. októbra 2017, sp. zn. 5Sd/44/2016, ECLI:SK:KSBA:2017:1016200561.3</w:t>
      </w:r>
    </w:p>
    <w:p>
      <w:r>
        <w:t>Súd: Krajský súd Bratislava</w:t>
      </w:r>
    </w:p>
    <w:p>
      <w:r>
        <w:t>Spisová značka: 5Sd/44/2016</w:t>
      </w:r>
    </w:p>
    <w:p>
      <w:r>
        <w:t>ECLI: ECLI:SK:KSBA:2017:1016200561.3</w:t>
      </w:r>
    </w:p>
    <w:p>
      <w:r>
        <w:t>Dátum vydania: 3. 10. 2017</w:t>
      </w:r>
    </w:p>
    <w:p>
      <w:r>
        <w:t>Forma: Uznesenie</w:t>
      </w:r>
    </w:p>
    <w:p>
      <w:pPr>
        <w:pStyle w:val="Heading2"/>
      </w:pPr>
      <w:r>
        <w:t>Text rozhodnutia</w:t>
      </w:r>
    </w:p>
    <w:p>
      <w:r>
        <w:t>Súd: Krajský súd Bratislava Spisová značka: 5Sd/44/2016 Identifikačné číslo súdneho spisu: 1016200561 Dátum vydania rozhodnutia: 04. 10. 2017 Meno a priezvisko sudcu, VSÚ: JUDr. Milota Tóthová ECLI: ECLI:SK:KSBA:2017:1016200561.3 Uznesenie Krajský súd v Bratislave v právnej veci navrhovateľky Y. S., Q. Y. XXXX/XX, Š. proti odporkyni Sociálnej poisťovni ústredie, Ul. 29. augusta č. 8-10, Bratislava o invalidný dôchodok takto r o z h o d o l : Súd konanie zastavuje. Žiaden z účastníkov nemá právo na náhradu trov konania. o d ô v o d n e n i e : Navrhovateľka svojím návrhom zo dňa 29.12.2015 žiadala preskúmať rozhodnutie odporkyne číslo XXX XXX XXXX X zo dňa 1.12.2015, ktorým odporkyňa zamietla žiadosť navrhovateľky o invalidný dôchodok zo dňa 16. novembra 2015. Odporkyňa vydala rozhodnutie číslo XXX XXX XXXX X zo dňa 5.4.2017, ktorým zrušila napadnuté rozhodnutie číslo XXX XXX XXXX X zo dňa 1.12.2015 a zároveň rozhodnutím číslo XXX XXX XXXX X zo dňa 2.5.2017 navrhovateľke od 6. apríla 2017 priznala invalidný dôchodok v sume 136,50 eur mesačne, čím navrhovateľke celkom vyhovela. Súd podľa § 250o O.s.p. konanie zastavil. O trovách konania súd rozhodol podľa § 246c a § 146 ods. 1 písm. c) O.s.p.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Súd konštatuje, že od 1.7.2016 je účinný zákon č. 162/2015 Z.z., t.j. Správny súdny poriadok (SSP), podľa ktorého všetky rozhodnutia vydané po 1.7.2016 sú dvojstupňové. Súd preto v tomto konaní nemôže preskúmavať rozhodnutia vydané odporkyňou po 1.7.2016, ktoré sú dvojstupňové, ako aj vzhľadom na poučenie v týchto rozhodnutiach, kde sa už opravné prostriedky nepodávajú na súd, ale tam uvedenému správnemu orgánu. Z tohto dôvodu súd rozhodnutie odporkyne číslo XXX XXX XXXX X zo dňa 5.4.2017 ktorým odporkyňa rozhodla, že navrhovateľke od 2. februára 2017 vznikol nárok na invalidný dôchodok v sume 136,50 eur mesačne, ktorý sa v súlade s § 80 zákona č. 461/2003 Z.z. o sociálnom poistení v znení neskorších predpisov začne vyplácať až po zániku nároku na nemocenské; rozhodnutie číslo XXX XXX XXXX X zo dňa 5.4.2017, ktorým odporkyňa zrušila rozhodnutie číslo XXX XXX XXXX X zo dňa 1.12.2015, ktorým odporkyňa zamietla žiadosť navrhovateľky o invalidný dôchodok a rozhodnutie číslo XXX XXX XXXX X zo dňa 2.5.2017, ktorým odporkyňa navrhovateľke od 6. apríla 2017 priznala invalidný dôchodok v sume 136,50 eur mesačne už v tomto konaní nemôže preskúmať. Poučenie: Proti tomuto uzneseniu je možné podať odvolanie do 15 dní odo dňa jeho doručenia písomne, dvojmo na Krajskom súde v Bratislave.</w:t>
      </w:r>
    </w:p>
    <w:p/>
    <w:p>
      <w:r>
        <w:t>Zdroj: KAUZIS.SK – https://www.kauzis.sk/judikatura/r/ECLI:SK:KSBA:2017:1016200561.3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