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8Sd/50/2016 z 19. 9. 2017</w:t>
      </w:r>
    </w:p>
    <w:p>
      <w:r>
        <w:t>Uznesenie Krajského súdu Bratislava z 19. septembra 2017, sp. zn. 8Sd/50/2016, ECLI:SK:KSBA:2017:1016200630.1</w:t>
      </w:r>
    </w:p>
    <w:p>
      <w:r>
        <w:t>Súd: Krajský súd Bratislava</w:t>
      </w:r>
    </w:p>
    <w:p>
      <w:r>
        <w:t>Spisová značka: 8Sd/50/2016</w:t>
      </w:r>
    </w:p>
    <w:p>
      <w:r>
        <w:t>ECLI: ECLI:SK:KSBA:2017:1016200630.1</w:t>
      </w:r>
    </w:p>
    <w:p>
      <w:r>
        <w:t>Dátum vydania: 19. 9. 2017</w:t>
      </w:r>
    </w:p>
    <w:p>
      <w:r>
        <w:t>Forma: Uznesenie</w:t>
      </w:r>
    </w:p>
    <w:p>
      <w:pPr>
        <w:pStyle w:val="Heading2"/>
      </w:pPr>
      <w:r>
        <w:t>Text rozhodnutia</w:t>
      </w:r>
    </w:p>
    <w:p>
      <w:r>
        <w:t>Súd: Krajský súd Bratislava Spisová značka: 8Sd/50/2016 Identifikačné číslo súdneho spisu: 1016200630 Dátum vydania rozhodnutia: 20. 09. 2017 Meno a priezvisko sudcu, VSÚ: JUDr. Blanka Malichová ECLI: ECLI:SK:KSBA:2017:1016200630.1 Uznesenie Krajský súd v Bratislave v právnej veci navrhovateľa: I. H., T.. XX.XX.XXXX, H. D. XXXX/XX, XXX XX H., proti odporkyni: Sociálna poisťovňa - ústredie, Ul. 29. augusta č. 8-10, Bratislava, o invalidný dôchodok o preskúmanie rozhodnutia správneho orgánu vo veci dôchodkového poistenia č. XXX XXX XXXX X zo dňa 15.01.2016, takto r o z h o d o l : Konanie z a s t a v u j e. Žiaden z účastníkov nemá právo na náhradu trov konania. o d ô v o d n e n i e : 1. Navrhovateľ opravným prostriedkom zo dňa 08.03.2016, Krajskému súdu v Bratislave (ďalej iba „súd“) doručeným prostredníctvom odporkyne dňa 13.04.2016, žiadal preskúmať rozhodnutie odporkyne číslo č. XXX XXX XXXX X zo dňa 15.01.2016, ktorým zamietla navrhovateľovu žiadosť o priznanie invalidného dôchodku. Po podaní opravného prostriedku navrhovateľa, bol posudkovým lekárom Sociálnej poisťovne opätovne posudzovaný jeho zdravotný stav, a po zmene v posudkových záveroch bol na základe lekárskej správy zo dňa 06.04.2016 a následného rozhodnutia odporkyne zo dňa 03.05.2016 navrhovateľovi od 30.08.2015 priznaný invalidný dôchodok zodpovedajúci poklesu jeho schopnosti vykonávať zárobkovú činnosť v porovnaní so zdravou fyzickou osobou o 45 % . 2. Podaním doručeným súdu dňa 06.09.2017 vzal navrhovateľ svoj návrh späť a z dôvodu vyhovenia jeho opravnému prostriedku v celom rozsahu žiadal konanie zastaviť.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99/1964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10. Podľa ods. 2 cit ust. pokiaľ v tejto hlave nie je ustanovené inak, použije sa primerane ustanovenie druhej hlavy s výnimkou § 250a. 11. Krajský súd v Bratislave, so zreteľom na dispozitívny úkon navrhovateľa, ktorým pre vyhovenie jeho návrhu vzal opravný prostriedok podaný proti rozhodnutiu odporkyne späť, konanie v zmysle ustanovení § 250d ods. 3 v spojení s ust. § 250h ods. 2 a § 250l ods. 2 O.s.p. zastavil, pričom svoj procesný postup podriadil zneniu ust. § 492 ods. 1 S.s.p a na svoje rozhodnutie aplikoval na vec vzťahujúce sa ustanovenia Občianskeho súdneho poriadku. 12. V zmysle jeho ustanovení postupoval aj pri rozhodovaní o trovách konania, a o ich náhrade rozhodol podľa ust. § 146 ods. 1 písm. c/ v spojení s § 246c ods. 1 veta prvá O.s.p. tak, že žiadnemu z účastníkov právo na náhradu trov konania nepriznal. Poučenie: Proti tomuto uzneseniu je možné podať odvolanie do 15 dní odo dňa jeho doručenia na Krajskom súde v Bratislave.</w:t>
      </w:r>
    </w:p>
    <w:p/>
    <w:p>
      <w:r>
        <w:t>Zdroj: KAUZIS.SK – https://www.kauzis.sk/judikatura/r/ECLI:SK:KSBA:2017:1016200630.1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