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10Sd/50/2016 z 8. 6. 2017</w:t>
      </w:r>
    </w:p>
    <w:p>
      <w:r>
        <w:t>Uznesenie Krajského súdu Bratislava z 8. júna 2017, sp. zn. 10Sd/50/2016, ECLI:SK:KSBA:2017:1016200637.2</w:t>
      </w:r>
    </w:p>
    <w:p>
      <w:r>
        <w:t>Súd: Krajský súd Bratislava</w:t>
      </w:r>
    </w:p>
    <w:p>
      <w:r>
        <w:t>Spisová značka: 10Sd/50/2016</w:t>
      </w:r>
    </w:p>
    <w:p>
      <w:r>
        <w:t>ECLI: ECLI:SK:KSBA:2017:1016200637.2</w:t>
      </w:r>
    </w:p>
    <w:p>
      <w:r>
        <w:t>Dátum vydania: 8.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10Sd/50/2016 Identifikačné číslo súdneho spisu: 1016200637 Dátum vydania rozhodnutia: 09. 06. 2017 Meno a priezvisko sudcu, VSÚ: JUDr. Beata Jurgošová ECLI: ECLI:SK:KSBA:2017:1016200637.2 Uznesenie Krajský súd v Bratislave v právnej veci navrhovateľky: B.. Y. C., bytom Š. XXXX/XXA, D. proti odporkyni: Sociálna poisťovňa ústredie, Ul. 29. augusta č. 8, Bratislava, o invalidný dôchodok, takto r o z h o d o l : Súd konanie zastavuje. Žiaden z účastníkov nemá právo na náhradu trov konania. o d ô v o d n e n i e : Navrhovateľka svojím návrhom žiadala preskúmať rozhodnutie odporkyne číslo XXX XXX XXXX X zo dňa 1.12.2015, ktorým odporkyňa zamietla žiadosť navrhovateľky o invalidný dôchodok zo dňa 16.11.2015. Písomným prehlásením doručeným súdu dňa 13.2.2017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https://www.kauzis.sk/judikatura/r/ECLI:SK:KSBA:2017:1016200637.2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