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5Sd/50/2016 z 3. 10. 2017</w:t>
      </w:r>
    </w:p>
    <w:p>
      <w:r>
        <w:t>Rozsudok Krajského súdu Bratislava z 3. októbra 2017, sp. zn. 5Sd/50/2016, ECLI:SK:KSBA:2017:1016200665.2</w:t>
      </w:r>
    </w:p>
    <w:p>
      <w:r>
        <w:t>Súd: Krajský súd Bratislava</w:t>
      </w:r>
    </w:p>
    <w:p>
      <w:r>
        <w:t>Spisová značka: 5Sd/50/2016</w:t>
      </w:r>
    </w:p>
    <w:p>
      <w:r>
        <w:t>ECLI: ECLI:SK:KSBA:2017:1016200665.2</w:t>
      </w:r>
    </w:p>
    <w:p>
      <w:r>
        <w:t>Dátum vydania: 3. 10. 2017</w:t>
      </w:r>
    </w:p>
    <w:p>
      <w:r>
        <w:t>Forma: Rozsudok</w:t>
      </w:r>
    </w:p>
    <w:p>
      <w:r>
        <w:t>Oblasť práva: Správne právo</w:t>
      </w:r>
    </w:p>
    <w:p>
      <w:pPr>
        <w:pStyle w:val="Heading2"/>
      </w:pPr>
      <w:r>
        <w:t>Text rozhodnutia</w:t>
      </w:r>
    </w:p>
    <w:p>
      <w:r>
        <w:t>Súd: Krajský súd Bratislava Spisová značka: 5Sd/50/2016 Identifikačné číslo súdneho spisu: 1016200665 Dátum vydania rozhodnutia: 04. 10. 2017 Meno a priezvisko sudcu, VSÚ: JUDr. Milota Tóthová ECLI: ECLI:SK:KSBA:2017:1016200665.2 ROZSUDOK V MENE SLOVENSKEJ REPUBLIKY Krajský súd v Bratislave samosudkyňou JUDr. Milotou Tóthovou v právnej veci navrhovateľky O. L., B. G. XX/X, Č. proti odporkyni Sociálnej poisťovni ústredie v Bratislave, Ul. 29. augusta č. 8-10, Bratislava o invalidný dôchodok takto r o z h o d o l : Súd rozhodnutie odporkyne číslo XXX XXX XXXX X zo dňa 18. decembra 2015 potvrdzuje. Účastníkom náhradu trov konania nepriznáva. o d ô v o d n e n i e : Rozhodnutím číslo XXX XXX XXXX X zo dňa 18. decembra 2015 odporkyňa podľa § 70 ods. 1 a § 71 ods. 1 zákona č. 461/2003 Z.z. o sociálnom poistení v znení neskorších predpisov zamietla žiadosť navrhovateľky o invalidný dôchodok zo dňa 30. novembra 2015. Rozhodla tak s odôvodnením, že podľa posudku posudkového lekára Sociálnej poisťovne, pobočky Bratislava zo dňa 30. novembra 2015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25%. Navrhovateľka návrhom zo dňa 18.2.2016 žiadala preskúmať toto rozhodnutie s tým, že jej zdravotné postihnutie je dlhodobé a nie je nádej na zlepšenie a jej zdravotný stav jej komplikuje osobný, pracovný aj spoločenský život. Krajský súd preskúmal napadnuté rozhodnutie podľa § 250l a nasl. O.s.p., prejednal návrh navrhovateľky a dospel k záveru, že návrh nie je dôvodný. Krajský súd vykonal dokazovanie výsluchom účastníkov, posudkom posudkového lekára Sociálnej poisťovne pobočka Bratislava zo dňa 30.11.2015, posudkom posudkového lekára Sociálnej poisťovne ústredie Bratislava zo dňa 14.4.2016, doplňujúcim odborným vyjadrením posudkového lekára Sociálnej poisťovne ústredie Bratislava zo dňa 8.6.2017,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30.11.2015 uviedol, že navrhovateľka trpí na chorobu a to obojstrannú percepčnú stratu sluchu. Konštatoval, že začiatok ochorenia v roku 2001 je po prekonanom zápale stredného ucha vpravo s poškodením a neskorými následkami na prevodnom systéme v podobe sklerotizácie. Od roku 2003 je stav zdravotného postihnutia navrhovateľky bez podstatnej zmeny, strata sluchu vpravo podľa Fowlera je 99,7%, vľavo strata sluchu na úrovni 21,1%, celková strata sluchu je 35% až 41%. Rozhodujúcim zdravotným postihnutím u navrhovateľky je obojstranná stredne ťažká nedoslýchavosť, celková strata sluchu podľa Fowlera medzi 35% až 41% (kapitola VII. oddiel B, položka 5) prílohy č. 4 zákona č. 461/2003 Z.z.), kde mieru poklesu schopnosti vykonávať zárobkovú činnosť stanovil na 25%. Navrhovateľka nie je invalidná podľa § 71 ods. 1 zákona č. 461/2003 Z.z. o sociálnom poistení. Posudkový lekár Sociálnej poisťovne ústredie Bratislava v posudku zo dňa 14.4.2016 uviedol, že navrhovateľka trpí na chorobu a to obojstrannú percepčnú stratu sluchu. Konštatoval, že navrhovateľka v roku 2001 ako 23- ročná prekonala zápal stredného ucha, odvtedy má problémy so sluchom a na pravé ucho vôbec nepočuje. Navrhovateľka pri komunikácii používa načúvací prístroj. Odbornými otorinolaryngologickými vyšetreniami sa opakovane potvrdzuje stredne ťažká nedoslýchavosť, kvantitatívne 40,8%. Rozhodujúcim zdravotným postihnutím u navrhovateľky je obojstranne stredne ťažká nedoslýchavosť (55% podľa Fowlera, 40-45 dB) (kapitola VII. oddiel B, položka 5) prílohy č. 4 zákona č. 461/2003 Z.z.), kde mieru poklesu schopnosti vykonávať zárobkovú činnosť stanovil na 25%, čo predstavuje hornú hranicu percentuálneho rozmedzia pre túto položku. Navrhovateľka nie je invalidná podľa § 71 ods. 1 zákona č. 461/2003 Z.z. o sociálnom poistení. Navrhovateľka pri výsluchu v súdnom konaní zotrvala na podanom návrhu a poukazovala na to, že od mája 2016 je liečená aj na psychiatrickej ambulancii, absolvovala aj neurologické vyšetrenie a vyšetrenia z ORL. Doložila nové lekárske nálezy. Súd doplnil dokazovanie zadovážením si doplňujúceho odborného vyjadrenia posudkového lekára Sociálnej poisťovne ústredie Bratislava, ktorý dňa 8.6.2017 po vyhodnotení nových lekárskych nálezov a to audiogramu zo dňa 27.11.2015, reumatologického vyšetrenia UNB, Nemocnica Staré Mesto zo dňa 16.8.2016, neurologického vyšetrenia Modra zo dňa 26.3.2016, ORL vyšetrenia UNB, Nemocnica CaM Bratislava zo dňa 26.1.2016, psychologického vyšetrenia zo dňa 2016, psychiatrického vyšetrenia UNsP Milosrdní bratia s.r.o. Bratislava zo dňa 23.2.2017, kontrolného psychiatrického UNsP Milosrdní bratia s.r.o. Bratislava zo dňa 24.4.2017 a audiogramu zo dňa 30.3.2017 uviedol, že navrhovateľka trpí na choroby a to: obojstrannú percepčnú stratu sluchu, depresívnu poruchu, adaptačnú poruchu, osteoartrózu - neklasifikovanú, koxatrózu - artrózu bedrového kĺbu (neklasifikovanú), gonartrózu - artrózu kolenného kĺbu - neklasifikovanú, bolesť chrbta na viacerých miestach, bolesť hlavy a ošiaľ - vertigo. Konštatoval, že dva grafické záznamy z audiometrického vyšetrenia z roku 2015 a z marca 2017 nie sú klinicky vyhodnotené príslušným odborným lekárom a nemajú význam z hľadiska posudzovania invalidity a záznam z ORL vyšetrenia zo dňa 26.1.2016 bol už posudkovo vyhodnotený dňa 14.4.2016. Záznamy z ambulantných vyšetrení psychiatrických vyšetrení z februára a apríla 2017 nepotvrdzujú žiadne invalidizujúce ochorenie a nedatovaný záznam z psychiatrického vyšetrenia z roku 2016 nepotvrdzuje žiadne závažnejšie poškodenie. Neurologické vyšetrenie z 9.3.2016 uvádza iba symptomatickú diagnózu s negatívnym klinickým nálezom a normálnym obrazom na CT mozgu. Reumatologické vyšetrenie nepotvrdzuje žiadne invalidizujúce ochorenie. Rozhodujúcim zdravotným postihnutím u navrhovateľky je obojstranne stredne ťažká nedoslýchavosť (55% podľa Fowlera, 40-45 dB) (kapitola VII. oddiel B, položka 5) prílohy č. 4 zákona č. 461/2003 Z.z.), kde mieru poklesu schopnosti vykonávať zárobkovú činnosť stanovil na 25%. Uviedol, že ostatné ochorenia a symptómy nie sú takého stupňa ani závažnosti, aby ovplyvňovali mieru poklesu schopnosti vykonávať zárobkovú činnosť. Navrhovateľka nie je invalidná podľa § 71 ods. 1 zákona č. 461/2003 Z.z. o sociálnom poistení. Navrhovateľka na pojednávaní dňa 4.10.2017 zotrvala na podanom návrhu, nové lekárske nálezy nepredložila. Zástupkyňa odporkyne uviedla, že posúdenie dlhodobo nepriaznivého zdravotného stavu a jeho vplyv na pracovnú schopnosť je zo zákona zverené posudkovým lekárom a vzhľadom na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ako aj doplňujúcom odbornom vyjadrení zo dňa 8.6.2017 zohľadnili všetky navrhovateľkou uvádzané ťažkosti, vysporiadali sa s lekárskymi nálezmi nachádzajúcimi sa v zdravotnej dokumentácii navrhovateľky a zhodne určili, že súčasný zdravotný stav navrhovateľky nespĺňa zdravotné podmienky na priznanie invalidity podľa § 71 ods. 1 zákona č. 461/2003 Z.z. o sociálnom poistení. Navrhovateľka v roku 2001 ako 23- ročná prekonala zápal stredného ucha, odvtedy má problémy so sluchom, na pravé ucho vôbec nepočuje a pri komunikácii používa načúvací prístroj. Odbornými otorinolaryngologickými vyšetreniami sa opakovane potvrdzuje stredne ťažká nedoslýchavosť, kvantitatívne 40,8%. Rozhodujúcim zdravotným postihnutím u navrhovateľky je obojstranne stredne ťažká nedoslýchavosť (55% podľa Fowlera, 40-45 dB) (kapitola VII. oddiel B, položka 5) prílohy č. 4 zákona č. 461/2003 Z.z.), kde mieru poklesu schopnosti vykonávať zárobkovú činnosť posudkoví lekári zhodne stanovili na 25%, čo predstavuje hornú hranicu percentuálneho rozpätia pre túto položku. Pridružené sekundárne choroby, na ktoré navrhovateľka trpí nie sú takého stupňa ani závažnosti, aby podmieňovali zmenu miery poklesu schopnosti vykonávať zárobkovú činnosť. Závery posudkov posudkových lekárov sú odborné, presvedčivé, náležite zdôvodnené a súd nezistil rozpor medzi ich závermi a zisteným skutočným stavom, nakoľko ani nové lekárske nálezy nepreukázali zhoršenie zdravotného stavu navrhovateľky. V prípade, že sa zdravotný stav navrhovateľky zmení, navrhovateľka môže novou žiadosťou požiadať o invalidný dôchodok. Súd preto z vyššie uvedených dôvodov napadnuté rozhodnutie číslo XXX XXX XXXX X zo dňa 18. decembra 2015 podľa § 250q ods. 2 O.s.p. ako správne potvrdil. O trovách konania súd rozhodol podľa § 250k ods. 1 v spojení s § 250l ods. 2 O.s.p. Navrhovateľka nebola v konaní úspešná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https://www.kauzis.sk/judikatura/r/ECLI:SK:KSBA:2017:1016200665.2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