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5Sp/9/2016 z 22. 8. 2017</w:t>
      </w:r>
    </w:p>
    <w:p>
      <w:r>
        <w:t>Opravné uznesenie Krajského súdu Bratislava z 22. augusta 2017, sp. zn. 5Sp/9/2016, ECLI:SK:KSBA:2017:1016200683.2</w:t>
      </w:r>
    </w:p>
    <w:p>
      <w:r>
        <w:t>Súd: Krajský súd Bratislava</w:t>
      </w:r>
    </w:p>
    <w:p>
      <w:r>
        <w:t>Spisová značka: 5Sp/9/2016</w:t>
      </w:r>
    </w:p>
    <w:p>
      <w:r>
        <w:t>ECLI: ECLI:SK:KSBA:2017:1016200683.2</w:t>
      </w:r>
    </w:p>
    <w:p>
      <w:r>
        <w:t>Dátum vydania: 22. 8. 2017</w:t>
      </w:r>
    </w:p>
    <w:p>
      <w:r>
        <w:t>Forma: Opravné uznesenie</w:t>
      </w:r>
    </w:p>
    <w:p>
      <w:pPr>
        <w:pStyle w:val="Heading2"/>
      </w:pPr>
      <w:r>
        <w:t>Text rozhodnutia</w:t>
      </w:r>
    </w:p>
    <w:p>
      <w:r>
        <w:t>Súd: Krajský súd Bratislava Spisová značka: 5Sp/9/2016 Identifikačné číslo súdneho spisu: 1016200683 Dátum vydania rozhodnutia: 23. 08. 2017 Meno a priezvisko sudcu, VSÚ: JUDr. Blanka Malichová ECLI: ECLI:SK:KSBA:2017:1016200683.2 Opravné uznesenie Krajský súd v Bratislave v konaní pred sudkyňou JUDr. Blankou Malichovou, v právnej veci navrhovateľa: F.. F. Š.D., nar. XX.XX.XXXX, bytom B.A. X, XXX XX B., zastúpeného SMOLÁK HLAVATÁ advokátska kancelária s.r.o., Laurinská 3, 811 01 Bratislava, IČO: 47 254 432 proti odporcovi: Okresný úrad Bratislava, katastrálny odbor so sídlom Ružová dolina 27, Bratislava, za účasti F.. V. Š., nar. XX.XX.XXXX, bytom O. XXXXX/XXB, XXX XX B., na odvolanie navrhovateľa proti rozhodnutiu odporcu č. 29776/2015 zo dňa 30.11.2015 takto r o z h o d o l : Krajský súd opravuje v záhlaví svojho rozsudku zo dňa 31. mája 2017, č.k. 5Sp 9/16 - 32 zrejmú nesprávnosť v neuvedení právneho zástupcu navrhovateľa tak, že záhlavie rozsudku má správne znieť: „Krajský súd v Bratislave v konaní pred sudkyňou JUDr. Blankou Malichovou, v právnej veci navrhovateľa: F.. F. Š., nar. XX.XX.XXXX, bytom B. X, XXX XX B., zastúpeného SMOLÁK HLAVATÁ advokátska kancelária s.r.o., Laurinská 3, 811 01 Bratislava, IČO: 47 254 432 proti odporcovi: Okresný úrad Bratislava, katastrálny odbor so sídlom Ružová dolina 27, Bratislava, za účasti F.. V. Š., nar. XX.XX.XXXX, bytom O. XXXXX/XXB, XXX XX B., na odvolanie navrhovateľa proti rozhodnutiu odporcu č. 29776/2015 zo dňa 30.11.2015 takto“ o d ô v o d n e n i e : 1. Pri písomnom vyhotovení rozsudku zo dňa 31.05.2017, č.k. 5Sp 9/16-32 došlo k pochybeniu v jeho záhlaví, v ktorom nebol uvedený právny zástupca navrhovateľa. 2. Podľa ust. § 143 zák.č. 162/2015 Z.z. Správny súdny poriadok (ďalej len S.s.p.“) správny súd kedykoľvek aj bez návrhu opraví v rozsudku chyby v písaní a počítaní, ako aj iné zrejmé nesprávností. O oprave vydá opravné uznesenie, ktoré doručí osobám uvedeným v § 142 ods. 1. 3. Vzhľadom na vyššie uvedené súd vykonal v zmysle citovaného ustanovenia opravu tak, ako je uvedené vo výrokovej časti tohto uznesenia a nesprávne znenie záhlavia rozsudku nahradil správnym.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https://www.kauzis.sk/judikatura/r/ECLI:SK:KSBA:2017:1016200683.2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