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10Sd/59/2016 z 26. 1. 2017</w:t>
      </w:r>
    </w:p>
    <w:p>
      <w:r>
        <w:t>Uznesenie Krajského súdu Bratislava z 26. januára 2017, sp. zn. 10Sd/59/2016, ECLI:SK:KSBA:2017:1016200766.1</w:t>
      </w:r>
    </w:p>
    <w:p>
      <w:r>
        <w:t>Súd: Krajský súd Bratislava</w:t>
      </w:r>
    </w:p>
    <w:p>
      <w:r>
        <w:t>Spisová značka: 10Sd/59/2016</w:t>
      </w:r>
    </w:p>
    <w:p>
      <w:r>
        <w:t>ECLI: ECLI:SK:KSBA:2017:1016200766.1</w:t>
      </w:r>
    </w:p>
    <w:p>
      <w:r>
        <w:t>Dátum vydania: 26. 1. 2017</w:t>
      </w:r>
    </w:p>
    <w:p>
      <w:r>
        <w:t>Forma: Uznesenie</w:t>
      </w:r>
    </w:p>
    <w:p>
      <w:pPr>
        <w:pStyle w:val="Heading2"/>
      </w:pPr>
      <w:r>
        <w:t>Text rozhodnutia</w:t>
      </w:r>
    </w:p>
    <w:p>
      <w:r>
        <w:t>Súd: Krajský súd Bratislava Spisová značka: 10Sd/59/2016 Identifikačné číslo súdneho spisu: 1016200766 Dátum vydania rozhodnutia: 27. 01. 2017 Meno a priezvisko sudcu, VSÚ: JUDr. Beata Jurgošová ECLI: ECLI:SK:KSBA:2017:1016200766.1 Uznesenie Krajský súd v Bratislave v právnej veci navrhovateľov: V. L., bytom Y. U. XXXX/XX, U., L. L., X. V. XXXX/ XX, U., X.. J. L., bytom Y. U. XXXX/XX, U., J. L., X. Y. U. XXXX/XX, U. ako právnych nástupcov po nebohom N.. O. L., zomr. XX.XX.XXXX, naposledy bytom Y. U. XXXX/XX, U. proti odporkyni: Sociálna poisťovňa ústredie, Ul. 29. augusta č. 8, Bratislava, o invalidný dôchodok takto r o z h o d o l : Súd konanie z a s t a v u j e. Žiaden z účastníkov nemá právo na náhradu trov konania. o d ô v o d n e n i e : Navrhovateľ svojím návrhom zo dňa 19.2.2016 žiadal preskúmať rozhodnutie odporkyne číslo XXX XXX XXXX zo dňa 26.1.2016, ktorým odporkyňa zvýšila navrhovateľovi sumu invalidného dôchodku od 25.11.2015 na sumu 334,50 eur mesačne, a od 1.1.2016 zvýšila invalidný dôchodok na sumu 336,20 eur mesačne. V priebehu konania navrhovateľ dňa 24.2.2016 zomrel a do konania vstúpila jeho manželka V. L., syn L. L., syn X.. J. L. a dcéra J. L.. Písomným prehlásením zo dňa 4.1.2017 J. L., L. L., J. L. a V. L. oznámili súdu, že návrh berú v celom rozsahu späť.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odo dňa jeho doručenia na Krajskom súde v Bratislave.</w:t>
      </w:r>
    </w:p>
    <w:p/>
    <w:p>
      <w:r>
        <w:t>Zdroj: KAUZIS.SK – https://www.kauzis.sk/judikatura/r/ECLI:SK:KSBA:2017:1016200766.1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