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5Sd/61/2016 z 17. 12. 2017</w:t>
      </w:r>
    </w:p>
    <w:p>
      <w:r>
        <w:t>Uznesenie Krajského súdu Bratislava z 17. decembra 2017, sp. zn. 5Sd/61/2016, ECLI:SK:KSBA:2017:1016200771.1</w:t>
      </w:r>
    </w:p>
    <w:p>
      <w:r>
        <w:t>Súd: Krajský súd Bratislava</w:t>
      </w:r>
    </w:p>
    <w:p>
      <w:r>
        <w:t>Spisová značka: 5Sd/61/2016</w:t>
      </w:r>
    </w:p>
    <w:p>
      <w:r>
        <w:t>ECLI: ECLI:SK:KSBA:2017:1016200771.1</w:t>
      </w:r>
    </w:p>
    <w:p>
      <w:r>
        <w:t>Dátum vydania: 17.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5Sd/61/2016 Identifikačné číslo súdneho spisu: 1016200771 Dátum vydania rozhodnutia: 18. 12. 2017 Meno a priezvisko sudcu, VSÚ: JUDr. Milota Tóthová ECLI: ECLI:SK:KSBA:2017:1016200771.1 Uznesenie Krajský súd v Bratislave v právnej veci navrhovateľa R.. O. K., H.., bytom Z. XXXX/X, Z. proti odporkyni Sociálnej poisťovni ústredie, Ul. 29. augusta č. 8-10, Bratislava o predčasný starobný dôchodok takto r o z h o d o l : Súd konanie zastavuje. Žiaden z účastníkov nemá právo na náhradu trov konania. o d ô v o d n e n i e : Navrhovateľ svojím návrhom zo dňa 11.3.2016 žiadal preskúmať rozhodnutie odporkyne číslo XXX XXX XXXX X zo dňa 9.2.2016, ktorým odporkyňa zamietla žiadosť navrhovateľa o predčasný starobný dôchodok z dôvodu, že suma predčasného starobného dôchodku určená k 14. januáru 2016 nie je vyššia ako 1,2 násobok sumy životného minima pre jednu plnoletú fyzickú osobu. Návrhom zo dňa 26.5.2016 navrhovateľ žiadal preskúmať zmenové rozhodnutie odporkyne číslo XXX XXX XXXX X zo dňa 11.4.2016, ktorým odporkyňa zamietla žiadosť navrhovateľa o predčasný starobný dôchodok z dôvodu, že suma predčasného starobného dôchodku určená k 14. januáru 2016 nie je vyššia ako 1,2 násobok sumy životného minima pre jednu plnoletú fyzickú osobu. Písomným prehlásením zo dňa 15.11.2016 navrhovateľ vzal späť návrhy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https://www.kauzis.sk/judikatura/r/ECLI:SK:KSBA:2017:1016200771.1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