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6S/106/2016 z 17. 1. 2017</w:t>
      </w:r>
    </w:p>
    <w:p>
      <w:r>
        <w:t>Uznesenie Krajského súdu Bratislava z 17. januára 2017, sp. zn. 6S/106/2016, ECLI:SK:KSBA:2017:1016200830.1</w:t>
      </w:r>
    </w:p>
    <w:p>
      <w:r>
        <w:t>Súd: Krajský súd Bratislava</w:t>
      </w:r>
    </w:p>
    <w:p>
      <w:r>
        <w:t>Spisová značka: 6S/106/2016</w:t>
      </w:r>
    </w:p>
    <w:p>
      <w:r>
        <w:t>ECLI: ECLI:SK:KSBA:2017:1016200830.1</w:t>
      </w:r>
    </w:p>
    <w:p>
      <w:r>
        <w:t>Dátum vydania: 17. 1. 2017</w:t>
      </w:r>
    </w:p>
    <w:p>
      <w:r>
        <w:t>Forma: Uznesenie</w:t>
      </w:r>
    </w:p>
    <w:p>
      <w:pPr>
        <w:pStyle w:val="Heading2"/>
      </w:pPr>
      <w:r>
        <w:t>Text rozhodnutia</w:t>
      </w:r>
    </w:p>
    <w:p>
      <w:r>
        <w:t>Súd: Krajský súd Bratislava Spisová značka: 6S/106/2016 Identifikačné číslo súdneho spisu: 1016200830 Dátum vydania rozhodnutia: 18. 01. 2017 Meno a priezvisko sudcu, VSÚ: JUDr. Vlastimil Pavlikovský ECLI: ECLI:SK:KSBA:2017:1016200830.1 Uznesenie Krajský súd v Bratislave v právnej veci žalobcu: M. Z., bytom H. XX/A, XXX XX C., proti žalovanému: Centrum právnej pomoci, Kancelária Bratislava, so sídlom Námestie slobody 12, 810 05 Bratislava, v konaní o preskúmanie zákonnosti rozhodnutia žalovaného č. 5506/2016-KaBA, ČRZ: 23527/2016 zo dňa 12.04.2016 a č. 4800/2016-KaBA, ČRZ: 23521/2016 zo dňa 12.04.2016, jednohlasne, takto r o z h o d o l : Krajský súd v Bratislave žalobu o d m i e t a . Žiaden z účastníkov konania n e m á právo na náhradu trov konania. o d ô v o d n e n i e : Žalobou doručenou Krajskému súdu v Bratislave dňa 16.05.2016 sa žalobca domáhal preskúmania zákonnosti rozhodnutia žalovaného č. 5506/2016-KaBA, ČRZ: 23527/2016 zo dňa 12.04.2016 a č. 4800/2016-KaBA, ČRZ: 23521/2016 zo dňa 12.04.2016, ktorými bol žalobcovi odňatý nárok na poskytovanie právnej pomoci. Krajský súd v Bratislave zistil, že dňa 29.04.2016 bola krajskému súdu doručená žaloba na preskúmanie zákonnosti rozhodnutia žalovaného č. 4800/2016-KaBA, ČRZ: 23521/2016 zo dňa 12.04.2016, kde žalobcom je M. Z. a žalovaným Centrum právnej pomoci. Prostredníctvom tohto rozhodnutia bol žalobcovi odňatý nárok na poskytnutie právnej pomoci podľa § 14 ods. 1 písm. e) zákona č. 327/2005 Z.z. Vec je vedená pod sp. zn. 9Sp/41/2016. Ďalej Krajský súd v Bratislave zistil, že dňa 29.04.2016 bola krajskému súdu doručená žaloba na preskúmanie zákonnosti rozhodnutia žalovaného č. 5506/2016-KaBA, ČRZ: 23527/2016 zo dňa 12.04.2016, kde žalobcom je M. Z. a žalovaným Centrum právnej pomoci. Prostredníctvom tohto rozhodnutia bol žalobcovi odňatý nárok na poskytnutie právnej pomoci podľa § 14 ods. 1 písm. e) zákona č. 327/2005 Z.z. Vec je vedená pod sp. zn. 4Sp/40/2016. Podľa § 98 ods. 1 písm. b) Správneho súdneho poriadku (ďalej len SSP), správny súd uznesením odmietne žalobu, ak o tej istej veci toho istého žalobcu už prebieha pred správnym súdom skôr začaté iné konanie. Nakoľko v konaniach vedených pod sp. zn. 4Sp/40/2016, sp. zn. 9Sp/41/2016 a sp. zn. 6S/106/2016, sp. zn. 6S/107/2016 je ten istý žalobca, žalovaný, ako aj totožné žalobou napadnuté rozhodnutia, súd nemal inú možnosť ako odmietnuť žalobu vedenú pod sp. zn. 6S/106/2016, sp. zn. 6S/107/2016 (podaná žaloba dňa 16.05.2016) z titulu, že už prebiehajú pred správnym súdom skôr začaté konania vedené pod sp. zn. 4Sp/40/2016, sp. zn. 9Sp/41/2016 (podané žaloby dňa 29.04.2016). O náhrade trov konania súd rozhodol podľa § 170 písm. a) SSP tak, že žiaden z účastníkov konania nemá právo na náhradu trov konania, nakoľko žaloba bola odmietnutá.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https://www.kauzis.sk/judikatura/r/ECLI:SK:KSBA:2017:1016200830.1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