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5S/101/2016 z 10. 7. 2017</w:t>
      </w:r>
    </w:p>
    <w:p>
      <w:r>
        <w:t>Rozsudok Krajského súdu Bratislava z 10. júla 2017, sp. zn. 5S/101/2016, ECLI:SK:KSBA:2017:1016200848.1</w:t>
      </w:r>
    </w:p>
    <w:p>
      <w:r>
        <w:t>Súd: Krajský súd Bratislava</w:t>
      </w:r>
    </w:p>
    <w:p>
      <w:r>
        <w:t>Spisová značka: 5S/101/2016</w:t>
      </w:r>
    </w:p>
    <w:p>
      <w:r>
        <w:t>ECLI: ECLI:SK:KSBA:2017:1016200848.1</w:t>
      </w:r>
    </w:p>
    <w:p>
      <w:r>
        <w:t>Dátum vydania: 10. 7. 2017</w:t>
      </w:r>
    </w:p>
    <w:p>
      <w:r>
        <w:t>Forma: Rozsudok</w:t>
      </w:r>
    </w:p>
    <w:p>
      <w:r>
        <w:t>Oblasť práva: Správne právo</w:t>
      </w:r>
    </w:p>
    <w:p>
      <w:pPr>
        <w:pStyle w:val="Heading2"/>
      </w:pPr>
      <w:r>
        <w:t>Text rozhodnutia</w:t>
      </w:r>
    </w:p>
    <w:p>
      <w:r>
        <w:t>Súd: Krajský súd Bratislava Spisová značka: 5S/101/2016 Identifikačné číslo súdneho spisu: 1016200848 Dátum vydania rozhodnutia: 11. 07. 2017 Meno a priezvisko sudcu, VSÚ: JUDr. Viera Šebestová ECLI: ECLI:SK:KSBA:2017:1016200848.1 ROZSUDOK V MENE SLOVENSKEJ REPUBLIKY Krajský súd v Bratislave v senáte zloženom z predsedníčky senátu JUDr. Viery Šebestovej a členov senátu JUDr. Dáši Filovej a Mgr. Mariána Degmu, v právnej veci žalobcu: JAZO, s.r.o., Rebarborová 1, 821 07 Bratislava, IČO: 35 820535, zastúpený: JUDr. Adela Valocká, advokátka, Na vŕšku 2, P.O.BOX 255, 810 00 Bratislava, proti žalovanému: Finančné riaditeľstvo Slovenskej republiky, Lazovná 63, Banská Bystrica, o preskúmanie zákonnosti postupu a rozhodnutia žalovaného č. 278612/2016 zo dňa 16.03.2016, takto r o z h o d o l : Krajský súd v Bratislave žalobu z a m i e t a . Žalobcovi súd voči žalovanému náhradu trov konania n e p r i z n á v a . o d ô v o d n e n i e : I. 1/ Daňový subjekt si za zdaňovacie obdobie január 2010 uplatnil právo na odpočítanie dane z pridanej hodnoty (ďalej aj len „DPH“) v sume 28.236,23 eur za granitovú dlažbu I. triedy v množstve 415,3 m2, v sume 177.914,52 eur od dodávateľa S&amp;J PRESSBURG plus, s.r.o., Na Hrebienku 30, Bratislava, (Ján Klimek, konateľ spoločnosti - podľa údajov zapísaných v obchodnom registri uvedená spoločnosť je od 01.01.2014 dobrovoľne z obchodného registra vymazaná a jej právnym nástupcom sa stala spoločnosť KLIMEX STONE SLOVAKIA, s.r.o., Na Hrebienku 30, Bratislava). 2/ Správca dane vykonal u žalobcu ako platiteľa DPH kontrolu na zistenie oprávnenosti nároku na vrátenie nadmerného odpočtu, o výsledku ktorej vyhotovil protokol č. 801/321/91641/2011 zo dňa 29.11.2011. Protokol bol so žalobcom prerokovaný dňa 12.12.2011. 3/ Na základe výsledkov zistených v priebehu výkonu daňovej kontroly vydal správca dane dodatočný platobný výmer č. 801/230/110642/11/MatS zo dňa 14.12.2011, ktorým žalobcovi podľa § 44 ods. 6 písm. b) bod 1 zákona č. 511/1992 Zb. o správe daní a poplatkov a o zmenách v sústave územných finančných orgánov v znení neskorších predpisov (ďalej aj len „zákon č. 511/1992 Zb.“) znížil nadmerný odpočet za zdaňovacie obdobie január 2010 zo sumy 28.236,23 eur na sumu 170,29 eur. 4/ Dňa 04.01.2012 daňový subjekt podal v lehote na odvolanie proti dodatočnému platobnému výmeru, v ktorom sa nestotožnil so závermi správcu dane uvedenými v dodatočnom platobnom výmere. Žalovaný po preskúmaní odvolania v nadväznosti na predložený spisový materiál, vydal rozhodnutie č. 1020502/1/1003640/2012/1042 zo dňa 28.05.2012, ktorým zrušil rozhodnutie správcu dane č. 801/230/110642/11/MatS zo dňa 14.12.2011 a vec vrátil správcovi dane na ďalšie konania z dôvodu, že v priebehu daňovej kontroly správca dane nedostatočne preveril existenciu fakturovaného tovaru v reťazci podnikateľských subjektov v rámci EÚ, a aby riadne a dôkladne zistil a preveril skutkový stav v danej veci. Správca dane listom zo dňa 10.07.2012 oznámil daňovému subjektu pokračovanie konania vo veci vyrubenia DPH a vydania rozhodnutia za zdaňovacie obdobie 01/2010 na základe vydaného rozhodnutia žalovaného č. 1020502/1/1003640/2012/1042 zo dňa 28.05.2012. 5/ V priebehu výkonu daňovej kontroly správca dane preveroval opodstatnenosť nároku žalobcu na odpočítanie DPH a zaslal na Daňový úrad Bratislava I dožiadanie č. 801/321/24811/2010 zo dňa 30.03.2010, ktorým požiadal miestne príslušného správcu dane daňového subjektu S&amp;J PRESSBURG plus, s.r.o. o preverenie uskutočnenia zdaniteľných plnení deklarovaných vo faktúre č. 2010007 zo dňa 22.01.2010 v celkovej sume 177.914,52 eur, z toho 19% DPH v sume 28.406,52 eur (predmet fakturácie za granitovú dlažbu 415,3 m2). 6/ Dňa 01.06.2010 bola správcovi dane doručená odpoveď na dožiadanie, z ktorej vyplynulo, že zamestnanci správcu dane vykonali dňa 20.04.2010 miestne zisťovanie v sídle spoločnosti S&amp;J PRESSBURG plus s.r.o. za účasti konateľa spoločnosti Jána Klimeka, ktorý nemohol odovzdať správcovi dane požadované doklady, pretože mu boli zadržané všetky PC spoločnosti políciou. Ďalej bolo zistené, že spoločnosť uvedenú faktúru vystavila, zaevidovala v účtovníctve a v záznamoch pre DPH január 2010 daň bola priznaná a odvedená v zdaňovacom období 01/2010. Úhradu nemohol preukázať z dôvodu zadržania PC spoločnosti. Prepravu tovaru do skladových priestorov v Piešťanoch zabezpečovala spoločnosť S&amp;J PRESSBURG plus s.r.o. 7/ Správca dane požiadal o zistenie pôvodu tovaru granitovej dlažby I. triedy Daňový úrad Bratislava I u všetkých podnikateľských subjektov vystupujúcich ako dodávatelia daňového subjektu S&amp;J PRESSBURG s.r.o. Daňový úrad Bratislava I preveroval ďalej pôvod tovaru zaslaním dožiadania na Daňový úrad Piešťany ako miestne príslušného správcu dane daňového subjektu FOR DESING s.r.o., Banka, ktorý zistil, že tento daňový subjekt je nekontaktný, nekomunikuje so správcom dane a na adrese uvedenej v obchodnom registri pošové zásielky nepreberá. Jediným konateľom bol od 06.10.2010 pán Pavol Kuman, P. XX/XXX, W. nad S.. Z vykonaného šetrenia správcu dane daňového subjektu FOR DESIGN, s.r.o., bolo zistené, že ako primárny dodávateľ tovaru je nekontaktný a nebolo preukázané dodanie tovaru daňovému subjektu S&amp;J PRESSBURG plus s.r.o. Daňový subjekt S&amp;J PRESSBURG plus ako dodávateľ uvedeného tovaru spoločnosti JAZO s.r.o. preukázal dodanie tovaru iba listinnými dokladmi. Správca dane vyhodnotil vykonané šetrenie tak, že k dodaniu tovaru v reťazci tuzemských spoločností FOR DESING s.r.o. - S&amp;J PRESSBURG plus s.r.o - JAZO s.r.o. nedošlo a pohyb tovaru sa uskutočnil iba po formálnej stránke, čím spochybnil materiálnu existenciu fakturovaného tovaru v reťazci podnikateľských subjektov. 8/ Pre účely výkonu daňových kontrol za zdaňovacie obdobie roku 2010 daňový subjekt JAZO s.r.o. deklaroval použitie tovaru (granitová dlažba), z ktorého si uplatnil odpočítanie DPH faktúrou č. 210010018 zo dňa 25.08.2010, č. 210010019 zo dňa 25.08.2010, č. 210010033 zo dňa 27.09.2010 a č. 210010034 zo dňa 27.09.2010 za intrakomunitárne dodanie oslobodené od dane pre odberateľa J.K.Consult s.r.o., Korunní 859/18, Praha, CZ 28400500. Platiteľ dane JAZO, s.r.o. deklaroval dodanie preverovaného tovaru oslobodeného od dane aj v podanom súhrnnom výkaze za zdaňovacie obdobie 08/2010 a 09/2010. Za účelom preverovania pohybu tovaru správca dane zaslal žiadosť o medzinárodnú výmenu informácií zo dňa 03.11.2010 č. 801/321/88958/2010, ktorou požiadal českú daňovú správu o preverenie uskutočnenia intrakomunitárneho nadobudnutia granitovej dlažby v množstve 1.626,67 m2 v celkovej hodnote 746.641,53 eur za zdaňovacie obdobie 08/2010 a žiadosť o medzinárodnú výmenu informácií č. 801/321/11283/2011 zo dňa 10.02.2011, ktorou požiadal českú daňovú správu o preverenie uskutočnenia intrakomunitárneho nadobudnutia granitovej dlažby v množstve 1.443,34m2 v celkovej hodnote 704.296,60 eur za zdaňovacie obdobie 09/2010 u platiteľa J.K.Consult s.r.o., Korunní 859/18, Praha. Dňa 25.05.2011 boli správcovi dane doručené odpovede, v ktorých česká daňová správa uviedla, že daňový subjekt J.K.Consult, s.r.o. je nekontaktná spoločnosť. Vzhľadom na uvedené odpovede správca dane vyhodnotil predmetné odpovede ako nepostačujúce pre účely vykonaných daňových kontrol za zdaňovacie obdobie rok 2010. 9/ Správca dane opakovane požiadal dňa 30.05.2011 českú daňovú správu o doplnenie informácií týkajúcich sa intrakomunitárneho nadobudnutia tovaru spoločnosťou J.K.Consult, s.r.o. a zaslanie údajov o odberateľoch tejto spoločnosti vyplývajúcich zo súhrnných výkazov spolu s výpismi daňových priznaní za zdaňovacie obdobie roku 2010. Dňa 28.11.2011 bola správcovi dane doručená odpoveď, z ktorej vyplynulo, že táto spoločnosť predložila rámcovú kúpnu zmluvu, fa. č. 210010018, č.210010019, č. 210010033, č. 210010034 od dodávateľa JAZO s.r.o., CMR a dodacie listy k uvedeným faktúram. Fakturovaný tovar bol uhradený bankovým prevodom z účtu vedeného v ČSOB Bratislava a bankovým prevodom z účtu v ČSOB Brno. Tovar bol dopravený a uskladnený v areáli CT park, Brno Modřice, ktorého prenajímateľom bola spoločnosť ESA s.r.o. Kladno. Prepravu tovaru vykonala spoločnosť EUROIMPEX, a.s. Žilina , tovar bol prepravovaný kamiónmi zo skladu na adrese Žilinská cesta, Piešťany. Prepravu uhradila spoločnosť JAZO s.r.o. Česká daňová správa ďalej uviedla, že fakturovaný tovar bol predaný spoločnosti SONEX BUSINESS, INC., Carson City, Carson Street 4, Nevada, USA (Ján Klimek, prezident spoločnosti) a expedovaný do colného skladu FREE ZONE, Ostrava - Mošnov. Spoločnosť J.K.Consult, s.r.o. predložila doklady: fa. č. 0072010, č.0082010, č. 0122010, č. 0132010, č. 0142010 spolu s rozhodnutiami o umiestnení tovaru v slobodnom pásme, CMR, doklady o vyskladnení tovaru zo skladu spoločnosti ESA s.r.o., faktúry o preprave od spoločnosti ESA s.r.o. 10/ Dňa 10.09.2012 sa k správcovi dane dostavil Mgr. Zoltán Šajben, konateľ spoločnosti JAZO s.ro., ktorý správcovi dane predložil účtovný denník ku dňu 28.08.2012, hlavnú knihu analytickú ku dňu 28.08.2012, výdavkový pokladničný doklad č. 10HV00190 zo dňa 14.10.2010 (úhrada fa. č. 10100547), výdavkový pokladničný doklad č. 10HV00191 zo dňa 14.10.2010 (úhrada fa. č. 10100526), výdavkový pokladničný doklad č. 10HV00192 zo dňa 14.10.2010 (úhrada fa. č. 10100525), výdavkový pokladničný doklad č. 10HV00193 zo dňa 14.10.2010 (úhrada fa. č. 10100524). Predloženými dokladmi platiteľ dane správcovi dane preukázal hotovostnú úhradu fa. r. 10100547, fa. č. 10100526, fa. č. 10100525, fa. č. 10100524 za prepravu tovaru (žulovej dlažby) zo dňa 14.10.2010 v prospech spoločnosti EUROIPEX, a.s., Žilina. 11/ Dňa 01.10.2012 bol vypočutý ako svedok Roman Kranec, ktorého zamestnanci správcu dane vypočuli ako svedka - vodič medzinárodnej nákladnej cestnej dopravy za účasti konateľa spoločnosti JAZO s.r.o., ktorý uviedol, že v čase vykonávania prepravných služieb (08/2010, 09/2010) pre spoločnosť JAZO s.r.o pracoval na dohodu a nebol zamestnancom spoločnosti EUROIMPEX, a.s. Pri nakladaní a vykladaní tovaru nebol prítomný, nakoľko v uvedenom období vozil priemyselný tovar do Švédska a Nórska. v súvislosti s konaním vo veci vyrubenia dane z pridanej hodnoty a vydania rozhodnutia za zdaňovacie obdobie január až september 2010 u daňového subjektu JAZO, s.r.o. Bratislava. Svedok si v priebeho konania spomenul, že pre spoločnosť JAZO s.r.o. sa zúčastnil prepravy daného tovaru dňa 27.08.2010 (CMR č. SKE07962832) a dňa 17.09.2010 (CMR č. SK3252191). 12/ Správca dane preveroval úhradu fa. č. 2010007 zo dňa 22.01.2010 v celkovej sume 177.914,52 eur , z toho DPH v sume 28.406,52 eur za granitovú dlažbu I. triedy v množstve 415,3 m2 od dodávateľa S&amp;J PRESSBURG plus, s.r.o. Dňa 10.09.2010 sa k správcovi dane dostavil Mgr. Zoltán Šajben, konateľ JAZO s.r.o., ktorý správcovi dane predložil bankový výpis č. 2010/10 (strana 3), bankový výpis č. 2011/1 (strana 3/3), bankový výpis č. 2011/2 (strana 1, 3, 4/4) z účtu 4001401998/7500 patriaci daňovému subjektu, ktorými preukazoval úhradu celej fakturovanej sumy. 13/ Česká finančná správa v odpovedi ( č. E_SK_CZ_20110714_12029_P201101340(R)) na žiadosť o medzinárodnú výmenu informácií pre účely daňovej kontroly uviedla, že prepravovaný tovar spoločnosť J.K.Consult, s.r.o. predala spoločnosti SONEX BUSINESS, INC., Carson City, Carson Street 4, Nevada, USA (Ján Klimek, prezident spoločnosti) a následne bol expedovaný do colného skladu FREE ZONE Ostrava, Mošnov. 14/ Správca dane v rámci vyrubovacieho konania zaslal žiadosť o medzinárodnú výmenu informácií zo dňa 30.11.2012 českej daňovej správe o poskytnutie informácií o tom či deklarovaný tovar faktúrou č. 0072010 zo dňa 30.08.2010, č. 0082010 zo dňa 30.08.2010, č. 0122010 zo dňa 18.11.2010, č. 0132010 zo dňa 18.11.2010, č. 0142010 zo dňa 18.11.2010 bol reálne umiestnený v colnom sklade spoločnosti FREE ZONE Ostrava a následne prepravený z územia ČR na územie USA odberateľovi Sonex Business, Inc. Carson Street 4, 897 01 Carson City, Nevada. Dňa 05.03.2014 bola správcovi dane doručená odpoveď č. 582621/12/ Ska, z ktorej vyplynulo, že dňa 30.10.2013 sa na Finančný úrad Praha dostavil Ing. Jan Krákorník, konateľ spoločnosti J.K.Consulting, s.r.o. Praha, že v čase pojednávania so spoločnosťou JAZO, s.r.o. neobchoduje. Dňa 08.09.2015 bola správcovi dane zaslaná odpoveď českej finančnej správy a doklady Colného úradu pre Moravskosliezsky kraj, ktoré sa vzťahovali k predaju dlažby daňovým subjektom J.K.Consult, s.r.o. Praha spoločnosti Sonex Busines Inc. Podľa oznámenia tohto colného úradu daňový subjekt J.K.Consult, s.r.o. podal žiadosť o umiestnenie tovaru v slobodnom pásme. Česká finančná správa uviedla, že v týchto prípadoch bola vykonaná iba dokladová kontrola, fyzická kontrola tovaru nebola v evidencii colného úradu zaznamenaná. 15/ Dňa 28.10.2015 bol správcom dane konateľ daňového subjektu informovaný a oboznámený so zisteniami a výsledkami preverovania v rámci vyrubovacieho konania vykonaného na základe rozhodnutia žalovaného zo dňa 28.05.2012, o čom bola spísaná zápisnica č. 21105832/2015/9104401/ Sap zo dňa 28.10.2015. 16/ Zo spisového materiálu vyplýva, že správca dane doplnil svoje dokazovanie aj o skutočnosti zistené orgánmi činnými v trestnom konaní, ktoré boli dňa 24.07.2013 sprístupnené Ministerstvom vnútra Slovenskej republiky, Prezídiom PZ, národnou kriminálnou agentúrou, Bratislava pre účely daňovej kontroly vykonávanej u daňového subjektu KLIMEX STONE SLOVAKIA, s.r.o. (Ján Klimek, konateľ spoločnosti). Správca dane nahliadol do spisu tohto daňového subjektu a vyhotovil fotokópie písomností, ktoré mu poskytli relevantné informácie vzťahujúce sa k zdaniteľným obchodom daňového subjektu FOR DESIGN, s.r.o. za roky 2009, 2010 a 2011. O uvedenom správca dane spísal úradný záznam č. 21191706/2015/ 9104401/Sap zo dňa 06.11.2015. Nahliadnutím do zápisníc o výsluchu svedkov správca dane zistil, že daňový subjekt FOR DESIGN, s.r.o. nepotvrdil reálne dodania tovarov v tuzemsku pre odberateľa S&amp;J PRESSBURG plus, s.r.o., nepreukázal materiálnu existenciu tovarov deklarovaných faktúrami. Preprava tovarov nebola realizovaná, obchodné transakcie prebiehali vždy v skladových priestoroch na Žilinskej ceste v Piešťanoch, ktoré boli majetkom spoločnosti S&amp;J PRESSBURG plus, s.r.o. Zamestnanec správcu dane nahliadol do spisu daňového subjektu JANSON SK, s.r.o., Na Hrebienku 30, Bratislava (od 01.01.2014 je právnym nástupcom v dôsledku zlúčenia spoločnosť KLIMEX STONE SLOVAKIA, s.r.o.) a vyhotovil fotokópie písomností, ktoré mu poskytli relevantné informácie a dôkazy vzťahujúce sa k pohybu preverovaných tovarov (dlažba, prírodný kameň) za rok 2010 a rok 2011. Rozsiahlym dokazovaním správca dane zistil, že preverovaný tovar v tuzemsku dodávala spoločnosť S &amp; JPRESSBURG plus, s.r.o. žalobcovi, ktorá následne fakturovala intrakomunitárne dodanie tovaru oslobodené od dane spoločnosti J.K.Consult, s.r.o. do Českej republiky. Spoločnosť J.K.Consult, s.r.o. fakturovala dodanie tovaru oslobodené od dane spoločnosti Martin Hendrix Société Anonyme, Mahé, Seychelská republika. Preverovaný tovar nebol definitívne prerokovaný v Českej republike, krajina skutočnej spotreby tovarov nebola Česká republika. Tovar bol vyvezený z Českej republiky do colného skladu v Srbsku, ale neboli definitívne prerokované v Srbsku, krajina skutočnej spotreby tovarov nebola Srbsko. Tovar bol následne dodávaný spoločnosťou Edwards Procurement LLC späť do fakturačného reťazca na Slovensko spoločnosti JANSON SK, s.r.o. (konateľ Ján Klimek), ktorá deklarovala dovoz tovarov na Slovensko. 17/ Na základe vyššie uvedených zistení žalovaný rozhodnutím č. 278612/2016 zo dňa 16.03.2016 (ďalej aj len „napadnuté rozhodnutie“) podľa § 74 ods. 4 zákona č. 563/2009 Z. z. o správe daní (daňový poriadok) a o zmene a doplnení niektorých zákonov v znení neskorších predpisov (ďalej aj len „zákon č. 563/2009 Z. z.“) potvrdil rozhodnutie správcu dane č. 1776483/2015/9104401/ Sap zo dňa 15.12.2015, ktorým bol žalobcovi podľa § 68 ods. 6 zákona č. 563/2009 Z. z. určený rozdiel DPH v sume 28.406,52 eur a bol mu znížený nadmerný odpočet za zdaňovacie obdobie február 2010 zo sumy 28.236,23 eur na sumu 170,29 eur. 18/ Žalovaný v napadnutom rozhodnutí uviedol, že transakcie deklarované účtovnými dokladmi získanými prostredníctvom dožiadaní v preverovaných spoločnostiach na strane dodávateľov i žalobcu ako odberateľa nenesú znaky základných obchodných princípov a podporujú správnosť názoru správcu dane, že k dodávkam granitových dosiek nedošlo a to z nasledujúcich dôvodov: - Tovar (granitová dlažba) je na faktúrach uvedený len všeobecným spôsobom bez bližšej špecifikácie druhu, farby, kvalitatívnej triedy, rozmeru, hrúbky a iných charakteristík, ktoré by ho presne určovali. - Pohyb tovaru v reťazci tuzemských ale i zahraničných spoločností prebehol len formálne - papierovo. Všetky spoločnosti na území SR zapojené v reťazci deklarujú, že skladovali svoj tovar v priestoroch spoločnosti S&amp;J PRESSBURG plus, s.r.o., ktorá patrí Jánovi Klimekovi. - Tovar je následne fakturovaný ako intrakomunitárne dodanie v rámci EÚ a následne na územie tretích štátov (USA a Srbsko), kde sa reálnosť dodania nepotvrdila. - Z odpovede na medzinárodnú žiadosť od českej daňovej správy vyplynulo, že v uvedených prípadoch bola vykonaná iba dokladová kontrola tovaru, fyzické kontroly tovaru neboli v evidencii colného úradu zaznamenané. - Pôvod tovarov uvedených na dodávateľských faktúrach nie je známy (nadobudnutie tovaru z iného členského štátu ani z dovozu nebolo zistené a potvrdené) a ich vysoká cena na faktúrach vylučuje konečného spotrebiteľa, o čom svedčí aj skutočnosť, že žiadna spoločnosť v reťazci nepoužije ani časť dodávok na konečnú spotrebu, ale tovar je niekoľkokrát za sebou predávaný ďalším spoločnostiam, pričom ani raz neopustí sklad, v ktorom bol zložený. - V spoločnostiach v reťazcoch dochádza často k zmene konateľov spoločnosti. - Pre všetky spoločnosti v reťazci s výnimkou spoločností S&amp;J PRESSBURG plus, s.r.o. a KLIMEX STONE SLOVAKIA, s.r.o., ktoré vlastní pán Ján Klimek platí, že nezamestnávajú žiadnych zamestnancov, nevlastnia žiaden majetok a nepreukázali žiadne predpoklady pre skutočné vykonávanie podnikateľskej činnosti, ktorá je deklarovaná vo vyhotovených faktúrach. II. 19/ Žalobca sa žalobou doručenou súdu dňa 20.05.2016 domáhal zrušenia rozhodnutia žalovaného č. 278612/2016 zo dňa 16.03.2016 a rozhodnutia správcu dane zo dňa 15.12.2015 č. 1776483/2015/9104401/Sap a vrátenia veci žalovanému na ďalšie konanie. 20/ Uviedol, že preskúmavané rozhodnutie je nesprávne, založené na nesprávnom a nedostatočnom hodnotení zistených dôkazov a s tým súvisiacich nesprávnych skutkových zisteniach, zmätočné a nepreskúmateľné, pričom správne orgány porušili relevantné právne predpisy. Skutočnosti vymedzené v § 49 ods. 2 písm. a/ a § 51 ods. 1 písm. a/ zákona č. 222/2004 Z. z. tvoria dôkazné bremeno daňového subjektu. Z uvedených ustanovení nemožno vyvodiť dôkazné bremeno žalobcu na právne vzťahy týkajúce sa jeho dodávateľa a dodávateľových subdodávateľov. Tieto skutočnosti nemôžu tvoriť dôkazné bremeno daňového subjektu a daňový subjekt nemôže z týchto skutočností znášať dôkaznú núdzu. Ďalej poukázal na rozsudok Súdneho dvora EÚ v spojených prípadoch C-354/03 (Optigen), C-355/03 (Fulcrum Electronics) a C-484/03 (Bond House), kde Súdny dvor EÚ vyslovil, že nárok na odpočet nemôže byť dotknutý skutočnosťou, že v reťazci dodávok je iná predchádzajúca alebo následná transakcia zaťažená daňovým podvodom, o ktorom platca nevie alebo nemôže vedieť. 21/ Ďalej žalobca poukázal na rozhodnutie vo veci K. (C-439/04), ako aj na rozsudok Najvyššieho súdu SR sp. zn. 3Sžf 1/2011, z ktorého vyplýva, že „ak daňový subjekt disponuje existenciou materiálneho plnenia, faktúrou s opisom druhu a ceny dodaných služieb a tovarov od určitého dodávateľa, vyčerpal vlastné dôkazné bremeno. Na preukázanie opaku v dôsledku skutočností, ktoré nastali u dodávateľa a jeho subdodávateľov znáša dôkazné bremeno i dôkaznú núdzu správca dane....“. 22/ Žalobca predložil správcovi dane všetky relevantné dôkazy, ktoré mu ukladá zákon a z ktorých vyplýva uskutočnenie zdaniteľného plnenia. Z predložených dokladov vyplýva, aký tovar tvoril predmet obchodu, v akom množstve, za akú cenu a komu bol predaný. Boli predložené doklady týkajúce sa jeho prepravy a vývozu do Českej republiky. Túto skutočnosť potvrdili aj daňové a colné orgány Českej republiky. 23/ Nie je povinnosťou žalobcu skúmať pôvod nadobudnutého tovaru. Tovar nadobudol kúpou na území Slovenskej republiky od slovenského daňového subjektu. Na základe uvedeného mal žalobca za to, že správca dane mu pričíta existenciu dôkaznej núdze ohľadom skutočností, ktoré netvoria jeho dôkazné bremeno. Žalobca predložil všetky relevantné doklady o materiálnom plnení zakladajúcom nárok na priznanie nároku na odpočet DPH, ktorými pri nákupe tovaru disponoval: faktúra, potvrdenie o prijatí tovaru deklarovaného na faktúre, vlastná skladová evidencia. 24/ Popierať dôveryhodnosť predložených dokumentov len z dôvodu existencie domnienky o prípadnom nekalom konaní iných subjektov je v prísnom rozpore nielen s citovanými daňovými predpismi, ale aj Ústavou SR, pretože ide o neprimeraný a ničím nepodložený zásah do súkromnej sféry daňového subjektu. 25/ Ďalej žalobca citoval rozsudok Najvyššieho súdu SR sp. zn. 3Sžf 1/2011, z ktorého okrem iného vyplýva, že nie je možné spravodlivo žiadať, aby daňové subjekty sledovali výrobné a obstarávacie procesy tovaru u iných subjektov, ale dôkazné bremeno je na správcovi dane, ktorý musí preukázať, že u iného daňového subjektu došlo k podvodnému konaniu. 26/ Tvrdenia a prijaté závery o preukazovaní zdaniteľného plnenia zo strany žalobcu potvrdili aj závery Súdneho dvora EÚ v spojených veciach C-80/11 (Mahagében kft) a C-142/11 (A.), z ktorých vyplýva, že daňový orgán nemôže od zdaniteľnej osoby uplatňujúcej si nárok na odpočet DPH všeobecne požadovať jednak preverenie, že osoba, ktorá vystavila faktúru vzťahujúcu sa na tovar a služby, na základe ktorej požaduje vykonanie tohto nároku, spĺňa podmienky zdaniteľnej osoby, disponovala predmetným tovarom a bola schopná ho dodať a splnila si svoju povinnosť podať daňové priznanie a uhradiť DPH, z dôvodu ubezpečenia sa, že na strane predchádzajúcich subjektov nedošlo k nezákonnostiam, a jednak aby disponovala takýmito dokumentmi. Vykonanie kontroly nevyhnutnej na odhaľovanie nezákonností a daňových podvodov na DPH a uloženie trestu zdaniteľnej osobe prináleží daňovým orgánom. 27/ Nepostačuje konštatovanie o nedostatočnej hodnovernosti preukázania ekonomickej činnosti uvedenej na faktúrach. Právo na odpočet DPH môže byť zamietnuté iba vtedy, ak je objektívne preukázané, že zdaniteľná osoba vedela alebo mala vedieť, že uvedené plnenie zakladajúce nárok na odpočet DPH je súčasťou daňového podvodu zo strany dodávateľa alebo iného predchádzajúceho dodávateľského reťazca. 28/ Z vykonanej kontroly podľa žalobcu vyplýva, že tovar bol nakúpený od tuzemského subjektu, u ktorého bol zároveň do času jeho predaja uskladnený, následne predaný tretej osobe, prepravený a dodaný tretej osobe, teda išlo o reálne operácie súvisiace s nákupom a predajom tovaru, ktorý daňový subjekt vlastnými ústnymi a listinnými dôkazmi preukázal. 29/ Počas výkonu daňovej kontroly správca dane nevyslovil jedinú pochybnosť o vierohodnosti predkladaných písomných dokumentov, dôkazov a vyjadrení. Z vykonaných dôkazov, ktoré priamo súvisia s obchodným prípadom žalobcu, ako aj z výpovedí svedkov vyplýva, že k reálnemu obchodu došlo. 30/ Napokon žalobca namietal, že napriek rozsiahlemu dokazovaniu a poskytnutiu medzinárodných informácií nie je možné vyvodiť záver, že k reálnemu zdaniteľnému plneniu zo strany žalobcu nedošlo. Výpovede svedkov prepravnej spoločnosti jednoznačne potvrdili, ako sa s tovarom manipulovalo, kde ho naložili, previezli a kde ho vyložili a toto bolo zároveň preukázané aj listinnými dôkazmi (CMR). III. 31/ Žalovaný vo vyjadrení k žalobe navrhol žalobu zamietnuť. Poukázal na to, že správca dane vykonal u žalobcu daňovú kontrolu DPH (z dôvodu, že bolo dôvodné podozrenie, že prostredníctvom neho prebieha fakturácia tovaru - granitových a mramorových dosiek v reťazci obchodných spoločností v tuzemsku a v rámci EÚ bez reálneho dodania). Žalobca je v reťazci daňových subjektov konečným daňovým subjektom na území SR, kde si uplatňuje a aj odpočítava daň z nadobudnutého tovaru (v podaných daňových priznaniach aj za iné zdaňovacie obdobia vykazuje nadmerné odpočty). Nadobudnutý tovar žalobca deklaroval ako dodanie tovaru v rámci Európskeho spoločenstva, kde nebola potvrdená jeho fyzická existencia. Zistenia správcu dane nasvedčujú tomu, že sa jedná o typický obchodný reťazec, ktorý má všetky znaky karuselového obchodu. 32/ Nepodarilo sa zistiť pôvod a fyzickú existenciu deklarovaného tovaru v reťazci spoločností FOR DESIGN, s.r.o. - S&amp;J PRESSBURG plus, s.r.o. - JAZO, s.r.o., a preto v rámci procesu dokazovania správca dane vykonal šetrenia zamerané na preverenie, na aký účel použil kontrolovaný daňový subjekt zdaniteľný obchod. Správca dane zistil, že granitová dlažba bola fakturovaná v reťazci tuzemských podnikateľov bez akýchkoľvek ostatných súvisiacich služieb. Fakturované nákupy a predaje tovaru medzi tuzemskými podnikateľmi „prebiehali“ na tom istom mieste v sklade v Piešťanoch, ktorého majiteľom je spoločnosť S&amp;J PRESSBURG plus, s.r.o., čiže daňový subjekt - dodávateľ predmet fakturácie dodal žalobcovi bez prepravy a za bezodplatné skladovanie, tovar sa v rámci nákupu a predaja z miesta uloženia nikam v tuzemsku neprepravoval a ani sa nespracoval v rámci výrobného procesu. Prostredníctvom žalobcu prebiehala fakturácia tovaru v reťazci obchodných spoločností v tuzemsku a v rámci Európskej únie (Česká republika), avšak bez reálneho dodania. Žalobca bol v reťazci konečným daňovým subjektom v tuzemsku, ktorý si uplatnil odpočítanie dane v zdaňovacom období január 2010. Daňový subjekt deklaroval dodanie preverovaného tovaru (mramorová a granitová dlažba v množstve 415,3 m2) oslobodené od dane českej spoločnosti J. K. Consult, s.r.o., v podanom súhrnnom výkaze za zdaňovacie obdobie september 2012. 33/ V prípade tovaru fakturovaného v reťazci spoločností FOR DESIGN, s.r.o.(SR) = S&amp;J PRESSBURG plus, s.r.o. (SR) = JAZO, s.r.o. (SR) = J.K. Consult, s.r.o. (ČR) = Sonex Business, Inc. Carson Street 4, 897 01 Carson City, Nevada, USA nebolo preukázané, že tovar skončil u konečného zákazníka. Českou colnou správou bolo potvrdené, že tovar deklarovaný slovenským platiteľom pre odberateľa J. K. Consult, s.r.o., ďalej fakturovaný = Sonex Business, Inc. Carson Street 4, 897 01 Carson City, Nevada, USA bol odoslaný z Českej republiky do Srbska, kde príjemcom bola spoločnosť LAMAC d.o.o., Ante Parčetica 22/2, Subotica, Srbsko. 34/ Správca dane vykonaným šetrením nezistil pôvod tovarov, ktorý bol uvedený na faktúre, nezistil konečného spotrebiteľa, krajinu spotreby tovarov a teda krajinu odvedenia dane. Preverovaný pohyb tovarov podporuje tvrdenie, že spoločnosti zapojené do reťazových obchodov obchodovali s fiktívnym tovarom. Správca dane v procese vedenia dokazovania nezistil relevantný dôkaz o reálnej existencii tovarov deklarovaných na faktúrach. Platitelia zúčastnení v obchodnom reťazci v tuzemsku nepreukázali vznik daňovej povinnosti podľa § 19 ods. 1 zákona č. 222/2004 Z. z. z titulu reálneho dodania tovarov. 35/ Preukázanie dodávky tovaru iba listinnými dokladmi od dodávateľa S&amp;J PRESSBURG plus, s.r.o. správca dane nemohol považovať za dôkaz, na základe ktorého vzniká daňovému subjektu právo na odpočítanie dane. Skutočnosť, že žalobca evidoval vo svojom účtovníctve faktúry od spoločnosti S&amp;J PRESSBURG plus, s.r.o. a tieto mal zaúčtované, ešte nepreukazuje, že dodávky tovaru boli dodávateľom skutočne realizované. Faktúra je relevantným dokladom len vtedy, ak sú v nej uvedené údaje odrážajúce reálne plnenie. Fakt, že doklad spĺňa formálne náležitosti, a je riadne zaúčtovaný, nie je dôkazom o tom, že žalobca je oprávnený uplatniť si odpočítanie dane. 36/ Z preverovania sa nepotvrdilo tvrdenie žalobcu, že existenciu tovaru hodnoverne preukázal, o čom mala svedčiť ucelená sieť dôkazov, ktoré v rámci kontroly poskytol správcovi dane, pretože fyzická existencia fakturovaného tovaru nebola preukázaná a nepreukázalo sa ani, že s fakturovaným tovarom disponoval. 37/ Pri dôkaznej povinnosti platiteľa platí, že ak správca dane na základe určitých informácií nadobudol závažné pochybnosti o pravdivosti, hodnovernosti predložených dokladov (napr. faktúry, CMR, skladových kariet ...), či vyjadrení, nemusel tieto uznať ako relevantné, ak kontrolovaný daňový subjekt ich hodnovernosť nepreukázal, resp. neodstránil pochybnosti zistené správcom dane. Nárok na odpočítanie dane je podmienený nevyhnutnosťou priameho a bezprostredného vzťahu medzi príslušným tovarom alebo službami a zdaniteľnými plneniami, ktoré platiteľ vykonáva v rámci svojej podnikateľskej činnosti. Žalovaný sa stotožnil so záverom správcu dane, že daňový subjekt nepreukázal prijatie zdaniteľného obchodu, ktorý je deklarovaný vo faktúre. 38/ Žalovaný ďalej uviedol, že z ustálenej judikatúry Súdneho dvora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39/ Uvedený výklad 12 zásady neutrality DPH vyplýva z judikatúry Súdneho dvora EÚ, napr. rozsudky v spojených veciach Kittel (C-439/04) a obchodná spoločnosť Recolta Recycling (C-440/04) a v spojených veciach Optigen Ltd (C-354/03), Fulcrum Electronics Ltd (C-355/03), Bond House Systems (C-484/03). Avšak, Súdny dvor EÚ vo svojej judikatúre taktiež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(Kittel a Recolta Recycling C-439/04, C-440/04). 40/ Taktiež Súdny dvor EÚ vo svojej judikatúre pripúšťa, že nie je v rozpore s právom Únie požadovať, aby subjekt prijal všetky opatrenia (duediligence), ktoré možno od neho rozumne požadovať, aby sa uistil, že plnenie, ktoré uskutoční, nebude viesť k jeho účasti na daňovom podvode, rozsudky ESD vo veciach napr. Teleosplc. a spol. (C-409/04), Vlaamse Oliemaatschappij NV (C-499/10). Určenie opatrení, ktoré možno v tom ktorom prípade požadovať od zdaniteľnej osoby uplatňujúcej si nárok na odpočet DPH na zabezpečenie, aby jej plnenia neboli poznačené podvodom zo strany predchádzajúceho subjektu, závisí predovšetkým od okolností daného prípadu vo veci samej (rozsudok ESD v spojených veciach Mahagébenkft, a Pétér Dávid č. C-80/11 a C-142/11). 41/ Žalovaný k námietkam žalobcu, ktorý poukazuje na rozsudky Súdneho dvora EÚ uviedol, že danou problematikou sa v rámci rozhodcovskej činnosti zaoberal Najvyšší súd SR napr. v rozsudkoch sp. zn. 3 Sžf/24/2012 a 2Sžf/19/2011, z ktorých vyplýva, že: „Pokiaľ sa žalobca v daňovom konaní alebo v súdnom prieskumnom konaní odvolával na niektoré rozsudky Súdneho dvora, bolo jeho dôkazným bremenom preukázať, že skutkový stav jeho daňovej transakcie má prvky niektorého z rozsudkov Súdneho dvora, a nielen uvádzať niektoré právne závery v týchto rozsudkoch uvedené. Pokiaľ sú jeho tvrdenia len všeobecné, nemôže na ne súd v správnom súdnictve prihliadať." 42/ Najvyšší súd SR už opakovane judikoval, že podmienky uvedené v § 49 ods. 1 a 2 písm. a) a v § 51 ods. 1 písm. a) zákona č. 222/2004 Z. z. sú hmotnoprávnej povahy a na ich bezpodmienečné splnenie sa viaže nárok na odpočet. Ich nesplnenie nie je možné odpustiť, zákon to neustanovuje ani pri vzniku zodpovednosti inej osoby za vady dokladu a ani pri dobromyseľnosti platiteľa. Naopak, zákonodarca požaduje, aby platiteľ, ktorý nárok na odpočet uplatňuje, preukázal existenciu podmienok, ktoré zákon pre nárok na odpočet stanovil. Pokiaľ si platiteľ uplatňuje nárok na odpočítanie dane z dodávateľskej faktúry, musí byť schopný preukázať, že zdaniteľné obchody boli reálne uskutočnené, a to práve osobou uvedenou na faktúre. 43/ Záver správcu dane zodpovedá zásadám správneho uváženia. Žalobca počas výkonu daňovej kontroly nepredložil žiadne dôkazné prostriedky preukazujúce jeho tvrdenia, teda neuniesol dôkazné bremeno, keď sa mu právne relevantným spôsobom nepodarilo preukázať prijatie zdaniteľných obchodov od spoločnosti S&amp;J PRESSBURG plus s.r.o. ako aj jeho následné dodanie v rámci Európskeho spoločenstva. IV. 44/ Podľa § 6 ods. 1 Správneho súdneho poriadku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45/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46/ Zákon č. 511/1992 Zb. v § 2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47/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48/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49/ Podľa § 2 ods. 3 zákona č. 511/1992 Zb., správca dane hodnotí dôkazy podľa svojej úvahy, a to každý dôkaz jednotlivo a všetky dôkazy v ich vzájomnej súvislosti, pritom prihliada na všetko, čo v daňovom konaní vyšlo najavo. 50/ Podľa § 2 ods. 6 zákona č. 511/1992 Zb., pri uplatňovaní daňových predpisov v daňovom konaní sa berie do úvahy vždy skutočný obsah právneho úkonu alebo inej skutočnosti rozhodujúcej pre určenie alebo vybratie dane. 51/ Podľa § 15 ods. 1 zákona č. 511/1992 Zb.,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52/ Podľa § 15 ods. 5 zákona č. 511/1992 Zb., daňový subjekt, u ktorého sa vykonáva daňová kontrola (ďalej len „kontrolovaný daňový subjekt“), má vo vzťahu k zamestnancovi správcu dane právo: 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10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53/ Podľa § 15 ods. 6 zákona č. 511/1992 Zb.,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3). 54/ Podľa § 15 ods. 10 zákona č. 511/1992 Zb.,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Kontrolovaný daňový subjekt je oprávnený písomne sa vyjadriť k protokolu najneskôr do ôsmich pracovných dní odo dňa jeho doručenia. Zmeškanie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 je súčasťou protokolu. 55/ Protokol musí obsahovať a) názov a sídlo správcu dane, b) číslo konania, c) meno, priezvisko, adresu trvalého pobytu kontrolovaného daňového subjektu alebo obchodné meno a sídlo kontrolovaného daňového subjektu, identifikačné číslo organizácie a daňové identifikačné číslo kontrolovaného daňového subjektu (§ 31 ods. 11), ak mu bolo pridelené, d) predmet daňovej kontroly a kontrolované zdaňovacie obdobie, e) meno a priezvisko zamestnanca správcu dane, ktorý vykonáva daňovú kontrolu, f) miesto vykonávania daňovej kontroly a dátum začatia daňovej kontroly, g) súpis kontrolovaných dokladov, h) preukázané kontrolné zistenia, i) dátum vypracovania protokolu, j) dátum prerokovania protokolu, k) vlastnoručný podpis zamestnanca správcu dane, ktorý vykonáva daňovú kontrolu, l) vlastnoručný podpis kontrolovaného daňového subjektu alebo ním povereného zástupcu (§ 15 ods. 11). 56/ Podľa § 15 ods. 16 zákona č. 511/1992 Zb., ustanovenia prvej časti a § 32, 34 a 41 sa primerane použijú aj na daňovú kontrolu. 57/ Z ustanovení § 29 ods. 1, 2 zákona č. 511/1992 Zb. vyplýva, že dokazovanie vedie správca dane, ktorý vedie daňové konanie, pričom dbá, aby skutočnosti rozhodujúce pre správne určenie daňovej povinnosti boli zistené čo najúplnejšie, a nie je pritom viazaný iba návrhmi daňových subjektov. 58/ Podľa § 29 ods. 4 zákona č. 511/1992 Zb.,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59/ Podľa § 29 ods. 8 zákona č. 511/1992 Zb.,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60/ Od 01.01.2012 nadobudol účinnosť zákon č. 563/2009 Z. z. Podľa prechodného ustanovenia § 165 ods. 2 tohto zákona, daňové konania začaté a právoplatne neukončené pred účinnosťou tohto zákona sa dokončia podľa doterajších predpisov (podľa zákona č. 511/1992 Zb.). 61/ Podľa § 8 ods. 1 písm. a) zákona č. 222/2004 Z. z.,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62/ Podľa § 19 ods. 1 veta prvá a druhá zákona č. 222/2004 Z. z., daňová povinnosť vzniká dňom dodania tovaru. Dňom dodania tovaru je deň, keď kupujúci nadobudne právo nakladať s tovarom ako vlastník. 63/ Podľa § 49 ods. l zákona č. 222/2004 Z. z. právo na odpočítanie dane z tovarov a služby vzniká platiteľovi v deň, keď pri tejto službe vznikla daňová povinnosť, pričom daňová povinnosť vzniká dňom dodania služby. To znamená, že právo na odpočítanie dane si môže daňový subjekt uplatniť v tom prípade, ak preukáže, že došlo k dodaniu zdaniteľného obchodu a tento zdaniteľný obchod použije na účely svojho podnikania ako platiteľ. 64/ V prípade žalobcu správca dane správne vyhodnotil obchodné prípady tak, že takýto deň nenastal, pretože v rámci dokazovania sa nepreukázala skutočnosť, že dodávateľ, ktorý je uvedený v predmetných faktúrach, aj fakturované zdaniteľné obchody skutočne dodal žalobcovi a zároveň nebolo preukázané, že žalobca deklarované zdaniteľné obchody reálne prijal a následne použil na účely svojej podnikateľskej činnosti. 65/ Podľa § 49 ods. 2 zákona č. 222/2004 Z. z., platiteľ môže odpočítať od dane, ktorú je povinný platiť, daň z tovarov a služieb, ktoré použije na dodávky tovarov a služieb ako platiteľ s výnimkou podľa odsekov 3 a 7. V zmysle písm. a) citovaného ustanovenia platiteľ môže odpočítať daň, ak je daň voči nemu uplatnená iným platiteľom v tuzemsku, z tovaru a služieb, ktoré sú alebo majú byť platiteľovi dodané a v nadväznosti na ustanovenie § 51 citovaného zákona. 66/ Kľúčovou otázkou v tomto konaní bolo posúdenie miery zaťaženia žalobcu dôkazným bremenom vyplývajúcim z § 29 ods. 8 zákona č. 511/1991 Zb., keď z vykonaného dokazovania v rámci celého obchodného reťazca tuzemských, ako aj zahraničných spoločností vyplynula nepreukázateľnosť pôvodu obchodovaného tovaru a jeho samotná existencia, pričom všetky okolnosti jednoznačne nasvedčujú tomu, že prostredníctvom žalobcu prebiehala fakturácia tovaru v reťazci obchodných spoločností v tuzemsku, v rámci EÚ a tretích štátov, avšak bez reálneho dodania, čiže ide o tzv. karusel. 67/ Podľa názoru súdu sa správne orgány vecou dôkladne zaoberali, pričom najmä správca dane vykonal vo veci rozsiahle dokazovanie a nie je možné ani tvrdiť, že by vedenie daňového konania a spôsob vykonávania dokazovania boli v rozpore so zásadou spravodlivého procesu. Preskúmavané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zákona č. 511/1992 Zb., ktorý je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zárukou zákonného postupu správcu dane a ochrany práv a právom chránených záujmov daňových subjektov. 68/ V tejto súvislosti je potrebné poukázať na rozsudok Najvyššieho súdu SR sp. zn. 4Sžf/32/2012 zo dňa 27.11.2012, z ktorého vyplýva, že: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Nie je nič neobvyklé, ba je to potrebné, že pri tovare s tak špecifickými vlastnosťami závislými od kvality prírodného materiálu, spôsobu a precíznosti jeho opracovania, akým predmetný tovar bez 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69/ Podľa názoru súdu správca dane ako aj žalovaný pri skúmaní podmienok pre žalobcom uplatnené odpočítanie DPH správne zistili skutkový stav veci a vec správne právne posúdili, keď mu znížili nadmerný odpočet za príslušné zdaňovacie obdobie. Správne orgány pritom postupovali v súlade s § 29 ods. 1, ods. 2, ods. 4 a § 2 ods. 3 a ods. 6 zákona č. 511/1992 Zb. 70/ Súd sa stotožňuje so záverom žalovaného, že prostredníctvom žalobcu prebiehala fakturácia tovaru v reťazci obchodných spoločností, avšak bez reálneho dodania. Žalobca je v reťazci daňových subjektov konečným daňovým subjektom na území SR, kde si uplatňuje a aj odpočítava nadmernú DPH z nadobudnutého tovaru. Tovar následne deklaroval ako dodanie tovaru v rámci Európskeho spoločenstva, avšak jeho fyzická existencia sa nepotvrdila. 71/Správca dane preveroval opodstatnenosť nároku na odpočítanie DPH z tejto dodávateľskej faktúry: · č. 2010007 zo dňa 22.11.2010 v celkovej sume 177.914,52 eur, z toho 19% DPH v sume 28.406,52 eur (predmet fakturácie granitová dlažba I. triedy 415,3 m2), od spoločnosti S&amp;J PRESSBURG plus, s.r.o. formou dožiadania č. 801/321/24811/2010 zo dňa 30.03.2010, ktorým správca dane žiadal preveriť reálnosť uskutočnenia zdaniteľného obchodu, ako aj platby za zdaniteľný obchod. Správca dane konštatoval porušenie § 51 ods. 2 zákona č. 222/2004 Z. z. v nadväznosti na § 49 ods. 1 citovaného zákona tým, že žalobca si odpočítal daň z tovaru, pri ktorom nevznikla daňová povinnosť. Správca dane podľa názoru súdu veľmi dôsledne preveroval všetky podstatné skutočnosti a súvislosti ohľadom tovaru. 72/ V súvislosti s deklarovanými zdaniteľnými obchodmi v reťazci spoločností správca dane zaslal dožiadanie aj na Daňový úrad Piešťany ako miestne príslušného správcu dane spoločnosti FOR DESING s.r.o., ktorá podľa predložených záznamov DPH bola uvedená ako dodávateľ granitových dosiek, granitovej a mramorovej dlažby pre odberateľa - spoločnosť S&amp;J PRESSBURG plus, s.r.o. Daňový úrad Bratislava IV v súvislosti s požadovaným preverením objasnenia pôvodu granitovej a mramorovej dlažby až po výrobcu zistil, že daňový subjekt predmetný tovar nakúpila od spoločnosti FOR DESIGN, s.r.o. Správca dane na základe vykonaných šetrení v tuzemsku vyhodnotil deklarované obchodné transakcie tak, že k dodaniu tovaru medzi spoločnosťou S&amp;J PRESSBURG plus, s.r.o. ako dodávateľom a žalobcom ako odberateľom nedošlo. 73/ Daňový úrad Piešťany v súvislosti s požadovaným objasnením pôvodu tovaru až po výrobcu zistil, že spoločnosť FOR DESIGN, s.r.o. na adrese sídla reálne nesídli, nie je možné zastihnúť jej konateľa, ani inú osobu zo spoločnosti, jediným konateľom a spoločníkom je od 12.11.2010 Pavol Kuman. 74/ Súd mal z administratívneho spisu za preukázané, že správcovi dane sa v tomto prípade nepodarilo zistiť pôvod a fyzickú existenciu deklarovaného tovaru v reťazci spoločností FOR DESIGN, s.r.o. = S&amp;J PRESSBURG plus, s.r.o. = JAZO, s.r.o. Všetko nasvedčuje tomu, že skutočným účelom v tomto prípade bolo iba profitovať na nadmerných odpočtoch DPH. 75/ Samotné preukázanie dodávok tovaru len listinnými dokladmi nemožno považovať za dôkaz, na základe ktorého si môže daňový subjekt uplatniť odpočítanie dane v zmysle zákona o DPH. Skutočnosť, že žalobca má doklady od svojho výlučného dodávateľa, ešte nedokazuje, že dodávky boli aj skutočne realizované. Reálne plnenie predmetu zmluvy totiž nebolo preukázané, keďže zo všetkých dôkazov objektívne vyplýva, že žiaden tovar neexistoval, takže nebolo s čím obchodovať. Faktúra je relevantným dokladom len ak je nepochybné, že sú v nej uvedené údaje odrážajúce reálne plnenie. Zaúčtovanie faktúr v účtovníctve ešte nie je dôkazom reálneho dodania tovaru dodávateľom, ktorý ich vystavil, ale len tvrdením o takejto skutočnosti. To, že určitý doklad má všetky náležitosti účtovného dokladu a je riadne zaúčtovaný v zmysle zákona o účtovníctve, ešte nie je dôkazom, že daňový subjekt je oprávnený uplatniť si odpočítanie dane z tohto dokladu. 76/ Splnenie podmienok na uplatnenie práva na odpočítanie dane preukazuje platiteľ, pričom splnenie uvedených podmienok nespočíva len v ich formálnej deklarácii, predložení dokladov s predpísaným obsahom. Doklady musia mať povahu faktu, musia byť vystavené na materiálnom podklade a ako právna skutočnosť aj preukázané. V daňovom konaní je dôkazné bremeno na platiteľovi,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77/ Z rozsudku Najvyššieho súdu SR vo veci sp. zn. 2Sžf/4/2009 z 23.06.2010 v spojení s rozhodnutím Ústavného súdu SR č. k. III. ÚS 78/2011-17 z 23.02.2011 vyplýva, že: „Dôkazné bremeno je na daňovom subjekte (§ 29 ods. 8 o správe daní v spojení s § 49 ods. 2, § 51 zákona o DPH). Primárne je nevyhnutné uniesť dôkazné bremeno na strane daňového subjektu, ktorý disponuje svojím právom uplatniť si za zákonom stanovených a splnených podmienok nárok na odpočet dane z pridanej hodnoty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78/ Správca dane na základe šetrení v reťazci dodávateľov a odberateľov v tuzemsku a na základe získaných informácií z medzinárodných dožiadaní od českej finančnej správy vyhodnotil tento obchodný prípad dôvodne tak, že k prijatiu a následnému dodaniu tovaru nedošlo. 79/ Súd sa stotožňuje s názorom, že transakcie deklarované účtovnými dokladmi v preverovaných spoločnostiach na strane dodávateľov i odberateľa žalobcu nenesú znaky základných obchodných princípov a podporujú správnosť názoru, že k dodávkam tovaru nedošlo a to z nasledujúcich dôvodov: · Tovar je na faktúrach uvedený len všeobecným spôsobom bez bližšej špecifikácie druhu, farby, kvalitatívnej triedy, rozmeru, hrúbky a iných charakteristík, ktoré by ho presne určovali. · Pohyb tovaru v reťazci tuzemských ale i zahraničných spoločností prebehol len formálne - papierovo. Všetky spoločnosti na území SR, ktoré boli zapojené v reťazci, deklarujú, že skladovali svoj tovar v priestoroch spoločnosti S&amp;J PRESSBURG plus, s.r.o. Tovar je následne fakturovaný ako intrakomunitárne dodanie v rámci EÚ a následne na územie tretích štátov (USA a Srbsko), kde sa reálnosť dodania nepotvrdila. V reťazci obchodných spoločností bolo zároveň zistené, že predmetný tovar bol následne fakturovaný v prospech slovenskej spoločnosti JANSON SK, s.r.o. · Z odpovede na medzinárodnú žiadosť od českej daňovej správy vyplýva, že bola vykonaná iba dokladová kontrola tovaru. · Pôvod tovarov uvedených na dodávateľských faktúrach nie je známy a ich vysoká cena na faktúrach vylučuje konečného spotrebiteľa, o čom svedčí aj skutočnosť, že žiadna spoločnosť v reťazci nepoužije ani časť dodávok na konečnú spotrebu, ale tovar je niekoľkokrát za sebou predávaný ďalším spoločnostiam, pričom reálne neopustí sklad, v ktorom bol zložený. · V spoločnostiach v reťazcoch dochádza často k zmene konateľov spoločnosti. · Pre všetky spoločnosti v reťazci s výnimkou spoločností S&amp;J PRESSBURG plus, s.r.o. a KLIMEX STONE SLOVAKIA, s.r.o., ktoré vlastní pán Klimek, platí, že nezamestnávajú žiadnych zamestnancov, nevlastnia žiaden majetok a nepreukázali žiadne predpoklady pre skutočné vykonávanie podnikateľskej činnosti deklarovanej vo faktúrach. 80/ Pri dôkaznej povinnosti platiteľa je potrebné uviesť, že ak správca dane na základe určitých informácií nadobudol závažné pochybnosti o pravdivosti predložených dokladov, či vyjadrení, nemusí tieto uznať ako relevantné, ak daňový subjekt ich hodnovernosť nepreukázal, resp. neodstránil pochybnosti zistené správcom dane. Nárok na odpočítanie dane je podmienený nevyhnutnosťou priameho a bezprostredného vzťahu medzi príslušným tovarom alebo službami a zdaniteľnými plneniami, ktoré platiteľ vykonáva v rámci svojej podnikateľskej činnosti. 81/Právo na odpočítanie dane si pritom môže daňový subjekt uplatniť len prípade, ak preukáže, že došlo k dodaniu zdaniteľného obchodu a tento zdaniteľný obchod použije na účely svojho podnikania ako platiteľ, čo nebolo preukázané. Správca dane na základe šetrení v reťazci dodávateľov a odberateľov v tuzemsku a na základe získaných informácií z medzinárodných dožiadaní vyhodnotil obchodné prípady dôvodne tak, že k prijatiu a následnému dodaniu tovaru v skutočnosti nedošlo. 82/ Žalobca tým, že predložil ku kontrole faktúry, CMR ako aj iné doklady, ešte nepreukázal, že mu vzniklo právo na odpočítanie dane, pričom správca dane nevychádzal len z dokladov predložených daňovým subjektom, ale vykonal dokazovanie formou dožiadaní a medzinárodných žiadostí smerujúcich k prevereniu a získaniu dôkazov o existencii fakturovaného tovaru, pretože samotná existencia faktúry vyhotovenej platiteľom dane, na ktorej je uvedená DPH, nezakladá právo na odpočítanie dane uvedenej na faktúre. Technicky je možné vyhotoviť akýkoľvek doklad znejúci na určité plnenie bez ohľadu na to, či takéto plnenie skutočne bolo poskytnuté. Splnenie formálnej stránky je jednou z podmienok, aby bolo na základe týchto dokladov uznané odpočítanie dane, ale tieto doklady musia byť odrazom reálneho plnenia. 83/ Argumentácia svedčiaca právu na odpočet dane nemôže vychádzať len z priamočiareho jazykového výkladu ustanovení § 8 ods. 1 písm. a/, resp. § 9, § 49 ods. 1, ods. 2 písm. a/ a § 51 ods. 2 písm. a/ zákona č. 222/2004 Z. z., ale je potrebné vo vzájomných súvislostiach s využitím teleologického a systematického výkladu prihliadnuť i na základné princípy, na ktorých je výber DPH postavený (rozsudok Najvyššieho súdu SR sp. zn. 3Sžf/64/2015 zo dňa 07.09.2016). 84/ Pre úplnosť treba uviesť, že vo svetle judikatúry Súdneho dvora EÚ treba každý jeden prípad posudzovať individuálne s prihliadnutím na všetky jeho okolnosti, čo správne orgány aj urobili a dospeli k záveru, že žalobca skutočne nepreukázal samotnú existenciu a dodanie tovaru a súd sa s týmto názorom stotožnil. 85/ Podľa judikatúry Súdneho dvora EÚ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Kittel a Recolta Recycling, bod 51). 86/ Naopak, nie je v rozpore s právom Únie požadovať, aby subjekt prijal všetky opatrenia, ktoré od neho možno rozumne požadovať, aby sa uistil, že plnenie, ktoré uskutoční, nebude viesť k jeho účasti na daňovom podvode (rozsudky zo dňa 27.09.2007, Teleos a i., C-409/04 Zb. s. I-7797, body 65 a 68; Netto Supermarkt, bod 24, ako aj zo dňa 21.12.2011, Vlaamse Oliemaatschappij, C-499/10, bod 25). 87/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Súdneho dvora EÚ v spojených veciach Mahagében kft.a Pétér Dávid č. C-80/11 a C-142/11). Súdny dvor EÚ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88/ Žalobca namietal nezákonnosť dokazovania a nesprávnosť vyhodnotenia výsledkov dokazovania, pričom mal za to, že správca dane nad rámec zákona prenášal na žalobcu neprimerané dôkazné bremeno, keď od neho požadoval dôkazy týkajúce sa iných subjektov, ktoré nemohol zabezpečiť. Žalobca mal za to, že vyčerpal svoje dôkazné bremeno tým, že predložil zákonom požadované daňové doklady. Na podporu svojej argumentácie poukazoval aj na rozsudky Najvyššieho súdu SR a Súdneho dvora EÚ. V súvislosti s poukazom žalobcu na judikatúru Najvyššieho súdu SR a Súdneho dvora EÚ súd konštatuje, že v uvádzaných rozsudkoch sa nejednalo o obchod, v ktorom by bola spochybnená samotná existencia jeho predmetu, t. j. existencia tovaru a s tým spojený reálny základ deklarovaného zdaniteľného plnenia. 89/ Z obsahu rozsudku Najvyššieho súdu SR sp. zn. 3 Sžf 1/2010 zo dňa 19.08.2010 napríklad vyplýva, že v konaní bolo zásadnou právnou otázkou posúdenie rozloženia dôkazného bremena medzi daňový subjekt ako platiteľa DPH a správcu dane, ak prijaté zdaniteľné plnenie materiálne existuje, ale sú pochybnosti o osobe dodávateľa (taktiež platiteľa), keď práve dodávateľ v rámci miestneho zisťovania nevie preukázať, že dodaný tovar vyrobil, respektíve ako ho obstaral a následne reálne dodal platiteľovi. Z rozsudkov Súdneho dvora EÚ vyplýva, že dotknuté plnenia boli súčasťou dodávateľských reťazcov, do ktorých patril bez vedomia žalujúcich obchodných spoločností vo veciach samých subjekt, ktorý si neplnil záväzky, teda subjekt povinný platiť DPH, ale zmizol bez toho, aby túto daň príslušným orgánom uhradil, alebo subjekt, ktorý neoprávnene používal identifikačné číslo platiteľa DPH, teda číslo, ktoré mu nepatrilo, pričom tieto praktiky sú podľa Commissioners (kontrolné daňové orgány na úseku spotrebných daní v Spojenom kráľovstve) podvodmi typu „kolotoč“. Súdny dvor EÚ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90/ Avšak v tomto prípade týkajúcom sa žalobcu bola spochybnená samotná existencia tovaru, ktorý mal byť predmetom obchodovania, a tu je namieste otázka, s akou odbornou starostlivosťou žalobca pristupoval k realizácii zdaniteľného obchodu, keď obchodoval s niečím, čo neexistovalo. Takýto obchod, o ktorom svedčí len existencia formálnych dokladov (ktoré žalobca skutočne má), nevystihuje reálnu podstatu a ekonomický účel podnikania. V takom prípade by sa dalo hovoriť o podieľaní sa na zneužití práva vyplývajúceho zo zásady neutrality DPH všetkými vyššie uvádzanými zúčastnenými článkami obchodného reťazca. Z obsahu preskúmavaných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obchodovaním so sporným tovarom medzi jednotlivými článkami obchodného reťazca neznamená, že bolo povinnosťou žalobcu v daňovom konaní vo veci preverenia jeho nároku na nadmerný odpočet takéto daňové doklady týkajúce sa iných subjektov predkladať. Správca dane mal právo preveriť pôvod tovaru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so sporným tovarom skutočne obchodoval. Bolo na žalobcovi, aby predložil dôkazy potvrdzujúce, že predmet obchodu skutočne existoval. Mohol predložiť dôkazy svedčiace o tom, že uvedený typ kontrolovaného zdaniteľného obchodu a spôsob jeho prevedenia ako i komunikácia s klientmi, prípadne odberateľmi, sa nijako neodlišuje od iných ním vykonávaných obdobných obchodov s uvedeným typom tovaru alebo jeho obchodných zvyklostí, spôsob komunikácie s potenciálnymi zákazníkmi alebo záujemcami o predmetný tovar, spôsob preverovania množstva a kvality tovaru. Žalobca však v skutočnosti reálne neobchodoval, pretože mal iba snahu získať profit na nadmerných odpočtoch DPH. 91/ Vo svetle výsledkov vykonaného dokazovania, kedy správca dane aplikoval zásadu voľného hodnotenia dôkazov podľa § 2 ods. 3 zákona č. 511/1992 Zb.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spochybnenie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na dosahovanie účelu jeho hospodárskej činnosti, aby zabránil tomu, že sa ocitne v kolotoči fiktívnych zdaniteľných plnení zneužívajúcom právo poskytované zásadou neutrality DPH. Nie je nič neobvyklé, ba je to potrebné, že pri tovare s tak špecifickými vlastnosťami závislými od kvality prírodného materiálu, spôsobu a precíznosti jeho opracovania, akým predmetný tovar bezpochyby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DPH a tvrdenie o nemožnosti ovplyvniť dodržiavanie administratívnych povinností a zákonných postupov zo strany daňových subjektov zúčastnených v obchodnom reťazci zdaniteľných plnení predchádzajúcich alebo nasledujúcich po kontrolovanom zdaniteľnom obchode. 92/ Pri rozhodovaní je potrebné vykladať relevantné právne normy eurokonformným spôsobom s prihliadnutím na judikatúru Súdneho dvora EÚ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93/ Záverom treba spomenúť existenciu rozsudkov Krajského súdu v Bratislave č. k. 1S/2534/2012-62 zo dňa 11.09.2014 a č. k. 6S/2325/2012-90, 6S/2333/2012 a 6S/2334/2012 zo dňa 06.06.2013, ktorými boli zamietnuté žaloby v obdobných veciach týkajúcich sa žalobcu a rovnakého tovaru. Najvyšší súd SR predmetné rozsudky krajského súdu rozsudkom sp. zn. 8Sžf/108/2014 zo dňa 29.09.2016 a rozsudkom sp. zn. 8Sžf/22/2014, 8Sžf/23/2014 a 8Sžf/24/2014 zo dňa 17.09.2015 potvrdil citujúc rozsudok najvyššieho súdu sp. zn. 3Sžf/125/2013 zo dňa 25.11.2014, že „Uskutočňovanie zdaniteľných plnení je ekonomická činnosť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 15 ods. 1 zákona č. 511/1992 Zb.). Odpočítanie dane nenastáva ex lege, ale je právom platiteľa dane (pojem „môže“ § 49 ods. 2 zák. č. 222/2004 Z. z.), ktoré právo je spojené s dôkaznou povinnosťou platiteľa dane. Prenos dôkaznej povinnosti z daňového subjektu na správcu dane je výnimkou, ktorá je ustaľovaná judikatúrou vnútroštátnych súdov na základe judikatúry Súdneho dvora Európskej únie. Preukázanie materiálnej existencie zdaniteľného plnenia a jeho použitie platiteľom dane na uskutočňovanie zdaniteľných plnení je esenciálnou podmienkou pre odpočítanie. Pri preukazovaní je významný aj charakter zdaniteľného plnenia.“ 94/ Po preskúmaní veci súd konštatoval, že neboli zistené žiadne také porušenia zásad daňového konania, ktoré by spôsobili nezákonnosť preskúmavaných rozhodnutí, pričom daňové orgány vykonali riadne dokazovanie a žalovaný prihliadol na všetko, čo vyšlo v daňovom konaní najavo. Z uvedených dôvodov Krajský súd v Bratislave dospel k záveru, že námietky uvedené v žalobe neodôvodňujú zrušenie preskúmavaných rozhodnutí. Postup žalovaného ako aj preskúmavané rozhodnutia boli v súlade so zákonom a preto súd žalobu podľa § 190 SSP zamietol. 95/ O náhrade trov konania súd rozhodol podľa § 167 S.s.p. a v konaní neúspešnému žalobcovi právo na ich náhradu nepriznal. 96/ Toto rozhodnutie senát Krajského súdu v Bratislave prijal pomerom hlasov 3 : 0 (§ 3 ods. 9 zákona č. 757/2004 Z. z.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Bratislave, dňa 11.07.2017</w:t>
      </w:r>
    </w:p>
    <w:p/>
    <w:p>
      <w:r>
        <w:t>Zdroj: KAUZIS.SK – https://www.kauzis.sk/judikatura/r/ECLI:SK:KSBA:2017:1016200848.1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