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5S/102/2016 z 10. 7. 2017</w:t>
      </w:r>
    </w:p>
    <w:p>
      <w:r>
        <w:t>Rozsudok Krajského súdu Bratislava z 10. júla 2017, sp. zn. 5S/102/2016, ECLI:SK:KSBA:2017:1016200850.1</w:t>
      </w:r>
    </w:p>
    <w:p>
      <w:r>
        <w:t>Súd: Krajský súd Bratislava</w:t>
      </w:r>
    </w:p>
    <w:p>
      <w:r>
        <w:t>Spisová značka: 5S/102/2016</w:t>
      </w:r>
    </w:p>
    <w:p>
      <w:r>
        <w:t>ECLI: ECLI:SK:KSBA:2017:1016200850.1</w:t>
      </w:r>
    </w:p>
    <w:p>
      <w:r>
        <w:t>Dátum vydania: 10. 7. 2017</w:t>
      </w:r>
    </w:p>
    <w:p>
      <w:r>
        <w:t>Forma: Rozsudok</w:t>
      </w:r>
    </w:p>
    <w:p>
      <w:r>
        <w:t>Oblasť práva: Správne právo</w:t>
      </w:r>
    </w:p>
    <w:p>
      <w:pPr>
        <w:pStyle w:val="Heading2"/>
      </w:pPr>
      <w:r>
        <w:t>Text rozhodnutia</w:t>
      </w:r>
    </w:p>
    <w:p>
      <w:r>
        <w:t>Súd: Krajský súd Bratislava Spisová značka: 5S/102/2016 Identifikačné číslo súdneho spisu: 1016200850 Dátum vydania rozhodnutia: 11. 07. 2017 Meno a priezvisko sudcu, VSÚ: JUDr. Dáša Filová ECLI: ECLI:SK:KSBA:2017:1016200850.1 ROZSUDOK V MENE SLOVENSKEJ REPUBLIKY Krajský súd v Bratislave v senáte zloženom z predsedníčky senátu JUDr. Dáši Filovej a členov senátu JUDr. Viery Šebestovej a Mgr. Mariána Degmu, v právnej veci žalobcu: JAZO, s.r.o., IČO: 35 820 535, Rebarborová 1, Bratislava, zastúpený: JUDr. Andrea Valocká, advokátka, Na vŕšku 2, Bratislava, proti žalovanému: Finančné riaditeľstvo Slovenskej republiky, Lazovná 63, Banská Bystrica, o preskúmanie zákonnosti postupu a rozhodnutia žalovaného č. 262955/16 zo dňa 11.03.2016, takto r o z h o d o l : Krajský súd v Bratislave žalobu z a m i e t a . Účastníkom sa právo na náhradu trov konania n e p r i z n á v a . o d ô v o d n e n i e : I. Priebeh administratívneho konania 1. Žalobca si za zdaňovacie obdobie december 2010 uplatnil právo na odpočítanie dane z pridanej hodnoty podľa § 51 ods. 1 písm. a/ zákona č. 222/2004 Z.z. o dani z pridanej hodnoty v znení neskorších predpisov z faktúry č. 2010163 zo dňa 01.12.2010 v celkovej sume XX.XXX,XX Eur, z toho 19% DPH v sume 4.275,76 Eur za mramorovú dlažbu I. triedy v množstve 38,8 m2 a z faktúry č. 2010170 zo dňa 20.12.2010 v celkovej sume 23.984,45 Eur, z toho 19% DPH v sume 3.829,45 Eur za granitovú dlažbu I. triedy v množstve 69,5 m2 od dodávateľa S&amp;J PRESSBURG plus, s.r.o., Na Hrebienku 30, 811 02 Bratislava, IČO: 35 835 737, IČ DPH: SK2020288611 (Ján Klimek, konateľ spoločnosti). 2. Daňový úrad Bratislava VI vykonal u žalobcu ako platiteľa DPH kontrolu na zistenie oprávnenosti nároku na vrátenie nadmerného odpočtu, o výsledku ktorej vyhotovil protokol č. 9102404/5/1351/12/ KacL zo dňa 16.01.2012. Protokol bol so žalobcom prerokovaný dňa 14.02.2012. 3. Na základe výsledkov zistených v priebehu výkonu daňovej kontroly vydal Daňový úrad Bratislava VI dodatočný platobný výmer č. 9102404/1/142157/2012/KacL zo dňa 16.02.2012, ktorým žalobcovi podľa § 44 ods. 6 písm. b) bod 1 zákona č. 511/1992 Zb. o správe daní a poplatkov a o zmenách v sústave územných finančných orgánov v znení neskorších predpisov (ďalej aj len „zákon č. 511/1992 Zb.“) znížil nadmerný odpočet za zdaňovacie obdobie december 2010 zo sumy 8.752,40 eur na sumu 647,19 eur. 4. V priebehu výkonu daňovej kontroly Daňový úrad Bratislava VI preveroval opodstatnenosť nároku žalobcu na odpočítanie DPH a dňa 09.03.2011 zaslal na Daňový úrad Bratislava I dožiadanie č. 801/321/18036/2011 zo dňa 08.03.2011, ktorým požiadal miestne príslušného správcu dane daňového subjektu S&amp;J PRESSBURG plus, s.r.o. o preverenie uskutočnenia zdaniteľných plnení deklarovaných vo faktúrach: č. 2010170 zo dňa 20.12.2010 v celkovej sume 23 984,45 eur, z toho 19% DPH v sume 3.829,45 eur (predmet fakturácie granitová dlažba I. triedy 69,5 m2), č. 2010163 zo dňa 01.12.2010 v celkovej sume 26.779,76 eur, z toho 19% DPH v sume 4.275,76 eur (predmet fakturácie mramorová dlažba 38,8 m2). 5. Daňový úrad Bratislava VI zároveň požiadal o zistenie pôvodu tovaru granitovej a mramorovej dlažby I. triedy a to zaslaním dožiadaní na miestne príslušných správcov dane za účelom preverenia daňových subjektov vystupujúcich ako dodávatelia spoločnosti S&amp;J PRESSBURG plus, s.r.o. Splnomocnený zástupca spoločnosti zo dňa 01.07.2011 dostavil správcovi dane, ale nepredložil žiadne doklady, ktoré boli uvedené na výzve správcu dane a nezodpovedal na žiadne kladené otázky zamestnancom správcu dane. Dňa 15.08.2011 sa dostavila na DÚ Bratislava 1 osoba Karol Fako (nepredložil preukaz totožnosti nakoľko si ho zabudol) so značným množstvom dokladov spoločnosti S&amp;J PRESSBURG plus s.r.o. 6. Na výzvu správcu dane reagoval konateľ spoločnosti S&amp;J PRESSBURG plus, s.r.o. zaslaním vyjadrenia, v ktorom uviedol, že predmetné faktúry spoločnosť vyhotovila pre žalobcu ako odberateľa. Prepravu si zabezpečoval žalobca. Fakturovaný tovar spoločnosť nakúpila od spoločnosti FOR DESIGN, s.r.o. 7. Miestne príslušný správca dane spoločnosti S&amp;J PRESSBURG plus, s.r.o. šetril ďalej pohyb a pôvod tovaru na strane dodávateľa formou dožiadania a preveroval ďalšieho dodávateľa v reťazci, ktorým je spoločnosť FOR DESIGN, s.r.o. za účelom preverenia pôvodu nadobudnutia granitovej dlažby a požiadal miestne príslušný Daňový úrad Piešťany o preverenie pôvodu tovaru granitovej a mramorovej dlažby u dodávateľa spoločnosti FOR DESIGN, s.r.o. Daňový úrad Piešťany v súvislosti s požadovaným objasnením pôvodu granitovej dlažby až po výrobcu zistil, že daňový subjekt FOR DESIGN, s.r.o. na adrese sídla spoločnosti reálne nesídli, na adrese sídla nie je možné zastihnúť konateľa ani inú osobu zo spoločnosti, jediným konateľom a majiteľom je od 12.11.2010 Z.. Od 29.10.2004 do 11.11.2010 bol konateľom spoločnosti FOR DESIGN, s.r.o. Z. G., O. XX/XXX, E. a od 04.06.2004 do 29.10.2004 boli konateľmi spoločnosti O. X., Pri D. 4, I. a O. Y., A. námestie XXXX/X, I.. Písomnosti zaslané na adresu trvalého bydliska konateľa spoločnosti pána D. sa vrátili s poznámkou „adresát neznámy“. 8. Daňovým orgánom sa nepodarilo zistiť pôvod a fyzickú existenciu deklarovaného tovaru v reťazci spoločností Xdeal Slovakia, s.r.o., FOR DESIGN, s.r.o., S&amp;J PRESSBURG plus, s.r.o., JAZO, s.r.o. 9. Žalovaný rozhodnutím č. 1020502/1/1078165/2012/1042 zo dňa 16.07.2012 zrušil dodatočný platobný výmer č. 9102404/5/1351/12/Kacl zo dňa 16.01.2012 a vec vrátil správcovi dane na ďalšie konanie. 10. Daňový úrad Bratislava (ďalej aj len „správca dane“) pokračoval v konaní vo veci vyrubenia dane a za účelom preverenia pohybu tovaru zaslal žalobcovi výzvu č. 9102401/5/2440379/2012/Sap zo dňa 06.09.2012, aby preukázal, na aký účel použil tovar deklarovaný vyššie uvedenými faktúrami. 11. Dňa 26.09.2012 sa k správcovi dane dostavil Mgr. Zoltán Šajben, konateľ žalobcu a predložil faktúry č. 2010163, č. 2010170 od dodávateľa S&amp;J PRESSBURG plus, s.r.o., výdavkové pokladničné doklady č. 10HV00244, č. 11HV00002, č. 11HV00010, príjmové pokladničné doklady (bez čísla) spoločnosti S&amp;J PRESSBURG plus, s.r.o. a bankové výpisy č. 2011/2, č. 2011/3, č. 2011/3 a č. 2011/6 z účtu ČSOB, a.s. patriaceho žalobcovi. Z dôvodu nepredloženia všetkých požadovaných dôkazov prijal Daňový úrad Bratislava do zápisnice o ústnom pojednávaní č. 9102401/5/2710128/2012/ Sap zo dňa 26.09.2012 opatrenie, že žalobca dodatočne predloží písomné vyjadrenie, na aký účel použil tovar. 12. A. K. dňa 01.10.2012 predložil správcovi dane faktúru č .120100023 zo dňa 11.09.2012 vystavenú pre odberateľa J. K. Consult, s.r.o., dodací list k faktúre č. 120100023 zo dňa 11.09.2012, medzinárodný nákladný list (CMR) č. SK0359689, o čom správca dane spísal zápisnicu o ústnom pojednávaní č. 9102401/5/2760860/2012/Sap zo dňa 01.10.2012. Faktúrou č. 120100023 zo dňa 11.09.2012 žalobca deklaroval predaj tovaru (mramorovej a granitovej dlažby v množstve 738,38 m2, ktorý mal nadobudnúť v decembri 2010) v celkovej sume 308 569,00 eur oslobodený od dane českému platiteľovi J. K. Consult, s.r.o. 13. Podľa medzinárodného nákladného listu CMR č. SK0359689 mala prepravu tovaru vykonať spoločnosť Transeuropa, s.r.o., Štrková 4, Žilina, miestom nakladania tovaru boli Piešťany, miestom vyloženia Brno - Modřice a tovar mala prevziať spoločnosť ESA s.r.o., Oldřichova 158, Kladno, Česká republika, čiže nie spoločnosť J. K. Consult, s.r.o. ako deklaroval žalobca. Dňa 10.10.2012 sa na Daňový úrad Bratislava dostavil A.. Y. K., ktorý na otázku správcu dane, komu boli medzinárodné prepravné služby fakturované a kto hradil prepravné náklady, odpovedal, že preprava bola po vzájomnej dohode fakturovaná spoločnosti J. K. Consult, s.r.o., ktorá mala vykonať úhradu. K otázke, kedy a akým spôsobom bola uhradená faktúra č. 120100023 zo dňa 11.09.2012, sa vyjadril, že uhradená bola a doklady predloží. O týchto skutočnostiach bola spísaná zápisnica o ústnom pojednávaní č. 9102401/5/2896101/2012/Sap zo dňa 10.10.2012. Dňa 19.10.2012 A.. Y. K. priniesol správcovi dane bankový výpis č. 2012/9 z účtu patriaceho žalobcovi, ktorým preukázal čiastočnú bezhotovostnú úhradu faktúry č. 120100023 v sume 289 303,00 eur vykonanú dňa 19.09.2012 z bankového účtu spoločnosti J. K. Consult, s.r.o. vedeného v L., a.s., o čom správca dane spísal zápisnicu o ústnom pojednávaní č. 9102401/5/3022601/2012/Sap zo dňa 19.10.2012. 14. Správca dane preveroval uskutočnenie prepravy zaslaním dožiadania č. 9102401/5/3620143/2012/ Sap zo dňa 05.12.2012 na Daňový úrad Žilina ako miestne príslušnému správcovi dane daňového subjektu Transeuropa, s.r.o., ktorým požiadal o preverenie medzinárodnej prepravy tovaru (mramorovej a granitovej dlažby v množstve 738,38 m2) z tuzemska - Piešťany na územie Českej republiky do Brno - Modřice v zdaňovacom období september 2012, ktorá mala byť poskytnutá pre odberateľa J.K.Consult, s.r.o. 15. Dňa 23.01.2013 bola správcovi dane doručená odpoveď na dožiadanie zo dňa 17.01.2013, z ktorej vyplynulo, že zamestnanci Daňového úradu Žilina vykonali dňa 16.01.2013 miestne zisťovanie na adrese sídla daňového subjektu Transeuropa, s.r.o., ktorým zistili, že táto spoločnosť vystavila a zaevidovala v účtovníctve faktúru č. 10120714 zo dňa 14.09.2012, daň z faktúry bola priznaná a odvedená v zdaňovacom období september 2012. X. K., konateľ spoločnosti Transeuropa, s.r.o. potvrdil vykonanie prepravy. Podľa jeho vyjadrenia bola preprava vykonaná ťahačom a návesom, ktoré vlastní spoločnosť Transeuropa, s.r.o. Prepravu mal vykonať zamestnanec tejto spoločnosti. Konateľ uviedol, že úhradu faktúry vykonal v hotovosti. O uvedenom bola spísaná zápisnica o miestnom zisťovaní č. 9500401/5/193947/2013. 16. Za účelom preverenia intrakomunitárnej transakcie zaslal správca dane žiadosť o medzinárodnú výmenu informácií zo dňa 03.12.2012, v ktorej požiadal českú finančnú správu o preverenie nadobudnutia tovaru. Dňa 18.09.2013 mu bol doručený list, v ktorom český správca dane uviedol, že daňový subjekt J. K. Consult, s.r.o. predložil tieto doklady: faktúra č. 120100023 + dodací list k faktúre č. 120100023 za tovar od dodávateľa JAZO, s.r.o., CMR č. SK0359689, faktúra č. 10120714 za prepravu od dodávateľa Transeuropa, s.r.o., faktúra č. 10120791 + CMR č. SK8450728 za prepravu od dodávateľa Transeuropa, s.r.o., faktúra č. 0702012 za tovar pre odberateľa A.e, Mahé, X. of S., žiadosť o umiestnenie tovaru v slobodnom pásme, rozhodnutie o umiestnení tovaru do slobodného pásma, príjmový skladový list č. 3123/12, bankový výpis č. 2012/9, z účtu vedeného v L., a.s., evidenciu DPH za september 2012. 17. Dňa 25.09.2013 bol správcovi dane doručený formulár, v ktorom česká daňová správa okrem zoznamu predložených dokladov uviedla, že podľa vyjadrenia U.., konateľa spoločnosti J. K. Consult, s.r.o. tovar za spoločnosť J. K. Consult, s.r.o. preberal on osobne v sklade žalobcu v Piešťanoch (žalobca nikdy správcovi dane nedeklaroval, že by mal v uvedených priestoroch svoj sklad). Miesto nakládky bolo v Piešťanoch a miesto vykládky v Brne - Modřice v logistickom centre ESA s.r.o. Prepravu tovaru do skladu v Brne -Modřicích zabezpečovala spoločnosť Transeuropa, s.r.o. Tovar bol použitý na ďalší predaj a dovtedy bol uložený v sklade v Brne - Modřicích. Konateľ prevzal tovar fakturovaný dokladom č. 120100023 fyzicky v množstve uvedenom na faktúre. Z týchto dokladov vyplynulo, že český platiteľ J. K. Consult, s.r.o. vystavil faktúru č. 0702012 zo dňa 19.09.2012, ktorou deklaroval predaj mramorovej a granitovej dlažby v množstve 738,38 m2 v celkovej sume 312 334,74 eur pre odberateľa Martin Hendrix Société W., A., X. of S.. 18. Správca dane preveroval reťazovú fakturáciu predmetného tovaru zaslaním žiadosti o medzinárodnú výmenu informácií č. 9104401/5/972848/2014 zo dňa 13.03.2014. Dňa 08.09.2015 bola správcovi dane doručená odpoveď, v ktorej česká daňová správa uviedla, že deklarovaný tovar bol predaný spoločnosti Martin Hendrix a umiestnený do slobodného pásma. Podľa oznámenia colného úradu boli pri uložení tovaru do slobodného pásma prítomní zamestnanci Colného úradu pre Juhomoravský kraj. Podľa oznámenia Colného úradu pre Juhomoravský kraj tovar opustil územie Európskeho spoločenstva. Z dokladov tvoriacich prílohu k odpovedi vyplynulo, že Colný úrad Brno vydal rozhodnutie o pridelení colne schváleného určenia - umiestnenie tovaru do slobodného pásma na základe žiadosti o umiestnení tovaru v slobodnom pásme, ktorou žiadateľ J.K.Consult, s.r.o. navrhol umiestniť tovar do slobodného pásma, ktorého prevádzkovanie bolo povolené Colným úradom Brno spoločnosti B.F.C.W. Logistics s.r.o., Česká republika. Podľa údajov colného vyhlásenia - vývozného sprievodného dokladu bola odosielateľom deklarovaného tovaru spoločnosť B.F.C.W. Logistics s.r.o. a príjemcom bola spoločnosť LAMAC d.o.o., AnteParčetica 22/2, Subotica, Srbsko. 19. Dňa 28.10.2015 sa A.. Y. K. dostavil k správcovi dane, ktorý ho oboznámil so zisteniami a výsledkami preverovania v rámci vyrubovacieho konania vykonávaného na základe rozhodnutia žalovaného č. 1020502/1/1078165/2012/1042 zo dňa 16.07.2012, o čom správca dane spísal zápisnicu o ústnom pojednávaní č. 21105832/2015/9104401/Sap zo dňa 28.10.2015. 20. Zo spisového materiálu vyplýva, že správca dane doplnil svoje dokazovanie aj o skutočnosti zistené orgánmi činnými v trestnom konaní, ktoré boli dňa 24.07.2013 sprístupnené Ministerstvom vnútra Slovenskej republiky, Prezídiom policajného zboru, národnou kriminálnou agentúrou, Bratislava pre účely daňovej kontroly vykonávanej u daňového subjektu KLIMEX STONE SLOVAKIA, s.r.o. (O.onateľ spoločnosti). Správca dane nahliadol do spisu tohto daňového subjektu a vyhotovil fotokópie písomností, ktoré mu poskytli relevantné informácie vzťahujúce sa k zdaniteľným obchodom daňového subjektu FOR DESIGN, s.r.o. za roky 2009, 2010 a 2011. O uvedenom správca dane spísal úradný záznam č. 21191706/2015/ 9104401/Sap zo dňa 06.11.2015. Nahliadnutím do zápisníc o výsluchu svedkov správca dane zistil, že daňový subjekt FOR DESIGN, s.r.o. nepotvrdil reálne dodania tovarov v tuzemsku pre odberateľa S&amp;J PRESSBURG plus, s.r.o., nepreukázal materiálnu existenciu tovarov deklarovaných faktúrami. Preprava tovarov nebola realizovaná, obchodné transakcie prebiehali vždy v skladových priestoroch na Žilinskej ceste v Piešťanoch, ktoré boli majetkom spoločnosti S&amp;J PRESSBURG plus, s.r.o. 21. Zamestnanec správcu dane nahliadol do spisu daňového subjektu JANSON SK, s.r.o., Na Hrebienku 30, Bratislava (od 01.01.2014 je právnym nástupcom v dôsledku zlúčenia spoločnosť KLIMEX STONE SLOVAKIA, s.r.o.) a vyhotovil fotokópie písomností, ktoré mu poskytli relevantné informácie a dôkazy vzťahujúce sa k pohybu preverovaných tovarov (dlažba, prírodný kameň) za rok 2010 a rok 2011. O uvedenom správca dane spísal úradný záznam č. 21191706/2015/9104401/Sap zo dňa 06.11.2015. 22. Rozsiahlym dokazovaním správca dane zistil, že preverovaný tovar v tuzemsku dodávala spoločnosť S &amp; JPRESSBURG plus, s.r.o. žalobcovi, ktorá následne fakturovala intrakomunitárne dodanie tovaru oslobodené od dane spoločnosti J.K.Consult, s.r.o. do Českej republiky. Spoločnosť J.K.Consult, s.r.o. fakturovala dodanie tovaru oslobodené od dane spoločnosti Martin Hendrix Société Anonyme, Mahé, Seychelská republika. Preverovaný tovar nebol definitívne prerokovaný v Českej republike, krajina skutočnej spotreby tovarov nebola Česká republika. Tovar bol vyvezený z Českej republiky do colného skladu v Srbsku, ale neboli definitívne prerokované v Srbsku, krajina skutočnej spotreby tovarov nebola Srbsko. Tovar bol následne dodávaný spoločnosťou Edwards Procurement LLC späť do fakturačného reťazca na Slovensko spoločnosti JANSON SK, s.r.o. (konateľ O.), ktorá deklarovala dovoz tovarov na Slovensko. 23. Na základe vyššie uvedených zistení žalovaný rozhodnutím č. 262955/2016 zo dňa 11.03.2016 (ďalej aj len „napadnuté rozhodnutie“) podľa § 74 ods. 4 zákona č. 563/2009 Z. z. o správe daní (daňový poriadok) a o zmene a doplnení niektorých zákonov v znení neskorších predpisov (ďalej aj len „zákon č. 563/2009 Z. z.“) potvrdil rozhodnutie správcu dane č. 1722356/2015/9104401/Sap zo dňa 30.11.2015, ktorým bol žalobcovi podľa § 68 ods. 6 zákona č. 563/2009 Z. z. určený rozdiel DPH v sume 13 133,47 eur a bol mu znížený nadmerný odpočet za zdaňovacie obdobie december 2010 zo sumy 8.752,40 eur na sumu 647,19 eur. 24. Žalovaný v napadnutom rozhodnutí uviedol, že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S&amp;J PRESSBURG plus, s.r.o., ktorá patrí Jánovi D.. - Tovar je následne fakturovaný ako intrakomunitárne dodanie v rámci EÚ a následne na územie tretích štátov (USA a Srbsko), kde sa reálnosť dodania nepotvrdila. V reťazci obchodných spoločností bolo zároveň zistené, že predmetný tovar bol následne fakturovaný v prospech slovenskej spoločnosti JANSON SK, s.r.o. - Z odpovede na medzinárodnú žiadosť od českej daňovej správy vyplynulo, že v uvedených prípadoch bola vykonaná iba dokladová kontrola tovaru, fyzické kontroly tovaru neboli v evidencii colného úradu zaznamenané. - Pôvod tovarov uvedených na dodávateľských faktúrach nie je známy (nadobudnutie tovaru z iného členského štátu ani z dovozu nebolo zistené a potvrdené) a ich vysoká cena na faktúrach vylučuje konečného spotrebiteľa, o čom svedčí aj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spoločnosti. - Pre všetky spoločnosti v reťazci s výnimkou spoločností S&amp;J PRESSBURG plus, s.r.o. a KLIMEX STONE SLOVAKIA, s.r.o., ktoré vlastní pán O., platí, že nezamestnávajú žiadnych zamestnancov, nevlastnia žiaden majetok a nepreukázali žiadne predpoklady pre skutočné vykonávanie podnikateľskej činnosti, ktorá je deklarovaná vo vyhotovených faktúrach. II. Žalobné dôvody 25. Včas podanou žalobou na tunajšom súde dňa 20.05.2016 sa žalobca domáhal preskúmania zákonnosti postupu a napadnutého rozhodnutia, ktoré žiadal zrušiť a vec vrátiť žalovanému na ďalšie konanie. 26. Uviedol, že preskúmavané rozhodnutia sú nesprávne, založené na nesprávnom a nedostatočnom hodnotení zistených dôkazov a s tým súvisiacich nesprávnych skutkových zisteniach, zmätočné a nepreskúmateľné, pričom správne orgány porušili relevantné právne predpisy. Skutočnosti vymedzené v § 49 ods. 2 písm. a) a § 51 ods. 1 písm. a) zákona č. 222/2004 Z. z. o dani z pridanej hodnoty v znení neskorších predpisov (ďalej aj len „zákon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daňový subjekt nemôže z týchto skutočností znášať dôkaznú núdzu. Ďalej poukázal na rozsudok Súdneho dvora EÚ v spojených prípadoch C-354/03 (Optigen), C-355/03 (Fulcrum Electronics) a C-484/03 (Bond House), kde Súdny dvor EÚ vyslovil, že nárok na odpočet nemôže byť dotknutý skutočnosťou, že v reťazci dodávok je iná predchádzajúca alebo následná transakcia zaťažená daňovým podvodom, o ktorom platca nevie alebo nemôže vedieť. 27. Ďalej žalobca poukázal na rozhodnutie vo veci K. (C-439/04), ako aj na rozsudok Najvyššieho súdu SR sp. zn. 3Sžf 1/2011, z ktorého vyplýva, že „ak daňový subjekt disponuje existenciou materiálneho plnenia, faktúrou s opisom druhu a ceny dodaných služieb a tovarov od určitého dodávateľa, vyčerpal vlastné dôkazné bremeno. Na preukázanie opaku v dôsledku skutočností, ktoré nastali u dodávateľa a jeho subdodávateľov znáša dôkazné bremeno i dôkaznú núdzu správca dane“. 28. Žalobca predložil správcovi dane všetky relevantné dôkazy, ktoré mu ukladá zákon a z ktorých vyplýva uskutočnenie zdaniteľného plnenia. Z predložených dokladov vyplýva, aký tovar tvoril predmet obchodu, v akom množstve, za akú cenu a komu bol predaný. Boli predložené doklady týkajúce sa jeho prepravy a vývozu do Českej republiky. Túto skutočnosť potvrdili aj daňové a colné orgány Českej republiky. 29. Nie je povinnosťou žalobcu skúmať pôvod nadobudnutého tovaru. Tovar nadobudol kúpou na území Slovenskej republiky od slovenského daňového subjektu. Na základe uvedeného mal žalobca za to, že správca dane mu pričíta existenciu dôkaznej núdze ohľadom skutočností, ktoré netvoria jeho dôkazné bremeno. Žalobca predložil všetky relevantné doklady o materiálnom plnení zakladajúcom nárok na priznanie nároku na odpočet DPH, ktorými pri nákupe tovaru disponoval: faktúra, potvrdenie o prijatí tovaru deklarovaného na faktúre, vlastná skladová evidencia. 30. Popierať dôveryhodnosť predložených dokumentov len z dôvodu existencie domnienky o prípadnom nekalom konaní iných subjektov je v prísnom rozpore nielen s citovanými daňovými predpismi, ale aj Ústavou SR, pretože ide o neprimeraný a ničím nepodložený zásah do súkromnej sféry daňového subjektu. 31. Ďalej žalobca citoval rozsudok Najvyššieho súdu SR sp. zn. 3Sžf 1/2011, z ktorého okrem iného vyplýva, že nie je možné spravodlivo žiadať, aby daňové subjekty sledovali výrobné a obstarávacie procesy tovaru u iných subjektov, ale dôkazné bremeno je na správcovi dane, ktorý musí preukázať, že u iného daňového subjektu došlo k podvodnému konaniu. 32. Tvrdenia a prijaté závery o preukazovaní zdaniteľného plnenia zo strany žalobcu potvrdili aj závery Súdneho dvora EÚ v spojených veciach C-80/11 (Mahagében kft) a C-142/11 (Z. B.), z ktorých vyplýva, že daňový orgán nemôže od zdaniteľnej osoby uplatňujúcej si nárok na odpočet DPH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DPH, z dôvodu ubezpečenia sa, že na strane predchádzajúcich subjektov nedošlo k nezákonnostiam, a jednak aby disponovala takýmito dokumentmi. Vykonanie kontroly nevyhnutnej na odhaľovanie nezákonností a daňových podvodov na DPH a uloženie trestu zdaniteľnej osobe prináleží daňovým orgánom. 33. Nepostačuje konštatovanie o nedostatočnej hodnovernosti preukázania ekonomickej činnosti uvedenej na faktúrach. Právo na odpočet DPH môže byť zamietnuté iba vtedy, ak je objektívne preukázané, že zdaniteľná osoba vedela alebo mala vedieť, že uvedené plnenie zakladajúce nárok na odpočet DPH je súčasťou daňového podvodu zo strany dodávateľa alebo iného predchádzajúceho dodávateľského reťazca. 34. Z vykonanej kontroly podľa žalobcu vyplýva, že tovar bol nakúpený od tuzemského subjektu, u ktorého bol zároveň do času jeho predaja uskladnený, následne predaný tretej osobe, prepravený a dodaný tretej osobe, teda išlo o reálne operácie súvisiace s nákupom a predajom tovaru, ktorý daňový subjekt vlastnými ústnymi a listinnými dôkazmi preukázal. 35. Počas výkonu daňovej kontroly správca dane nevyslovil jedinú pochybnosť o vierohodnosti predkladaných písomných dokumentov, dôkazov a vyjadrení. Z vykonaných dôkazov, ktoré priamo súvisia s obchodným prípadom žalobcu, ako aj z výpovedí svedkov vyplýva, že k reálnemu obchodu došlo. 36. Napokon žalobca namietal, že napriek rozsiahlemu dokazovaniu a poskytnutiu medzinárodných informácií nie je možné vyvodiť záver, že k reálnemu zdaniteľnému plneniu zo strany žalobcu nedošlo. Výpovede svedkov prepravnej spoločnosti jednoznačne potvrdili, ako sa s tovarom manipulovalo, kde ho naložili, previezli a kde ho vyložili a toto bolo zároveň preukázané aj listinnými dôkazmi (CMR). III. Vyjadrenie žalovaného 37. Žalovaný vo vyjadrení k žalobe navrhol túto zamietnuť. 38. Poukázal na to, že správca dane vykonal u žalobcu daňovú kontrolu DPH (z dôvodu, že bolo dôvodné podozrenie, že prostredníctvom neho prebieha fakturácia tovaru - granitových a mramorových dosiek v reťazci obchodných spoločností v tuzemsku a v rámci EÚ bez reálneho dodania). Žalobca je v reťazci daňových subjektov konečným daňovým subjektom na území SR, kde si uplatňuje a aj odpočítava daň z nadobudnutého tovaru (v podaných daňových priznaniach aj za iné zdaňovacie obdobia vykazuje nadmerné odpočty). Tovar žalobca deklaroval ako dodanie tovaru v rámci Európskeho spoločenstva, kde nebola potvrdená jeho fyzická existencia. Zistenia správcu dane nasvedčujú tomu, že sa jedná o typický obchodný reťazec, ktorý má všetky znaky karuselového obchodu. 39. Nepodarilo sa zistiť pôvod a fyzickú existenciu deklarovaného tovaru v reťazci spoločností Xdeal Slovakia, s.r.o. - FOR DESIGN, s.r.o. - S&amp;J PRESSBURG plus, s.r.o. - JAZO, s.r.o., a preto v rámci procesu dokazovania správca dane vykonal šetrenia zamerané na preverenie, na aký účel použil kontrolovaný daňový subjekt zdaniteľný obchod. Správca dane zistil, že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S&amp;J PRESSBURG plus, s.r.o., čiže daňový subjekt - dodávateľ predmet fakturácie dodal žalobcovi bez prepravy a za bezodplatné skladovanie, tovar sa v rámci nákupu a predaja z miesta uloženia nikam v tuzemsku neprepravoval a ani sa nespracoval v rámci výrobného procesu. Prostredníctvom žalobcu prebiehala fakturácia tovaru v reťazci obchodných spoločností v tuzemsku a v rámci Európskej únie (Česká republika), avšak bez reálneho dodania. Žalobca bol v reťazci konečným daňovým subjektom v tuzemsku, ktorý si uplatnil odpočítanie dane v zdaňovacom období október 2010. Daňový subjekt deklaroval dodanie preverovaného tovaru (mramorová a granitová dlažba v množstve 738,38 m2) oslobodené od dane českej spoločnosti J. K. Consult, s.r.o., v podanom súhrnnom výkaze za zdaňovacie obdobie september 2012. 40. V prípade tovaru fakturovaného v reťazci spoločností FOR DESIGN, s.r.o.(SR) = S&amp;J PRESSBURG plus, s.r.o. (SR) = JAZO, s.r.o. (SR) = J.K. Consult, s.r.o. (ČR) = Martin G. S. W., (Mahé, Seychelská republika) nebolo preukázané, že tovar skončil u konečného zákazníka. Českou colnou správou bolo potvrdené, že tovar deklarovaný slovenským platiteľom pre odberateľa J. K. Consult, s.r.o., ďalej fakturovaný spoločnosti Martin G. W., (Mahé, Seychelská republika) bol odoslaný z Českej republiky do Srbska, kde príjemcom bola spoločnosť LAMAC d.o.o., Ante Parčetica 22/2, Subotica, Srbsko. 41. Správca dane vykonaným šetrením nezistil pôvod tovarov, ktoré boli uvedené na faktúrach, nezistil konečného spotrebiteľa, krajinu spotreby tovarov a teda krajinu odvedenia dane. Preverovaný pohyb tovarov podporuje tvrdenie, že spoločnosti zapojené do reťazových obchodov obchodovali s fiktívnym tovarom. Správca dane v procese vedenia dokazovania nezistil relevantný dôkaz o reálnej existencii tovarov deklarovaných na faktúrach. Platitelia zúčastnení v obchodnom reťazci v tuzemsku nepreukázali vznik daňovej povinnosti podľa § 19 ods. 1 zákona č. 222/2004 Z. z. z titulu reálneho dodania tovarov. 42. Preukázanie dodávok tovaru iba listinnými dokladmi od dodávateľa S&amp;J PRESSBURG plus, s.r.o. správca dane nemohol považovať za dôkaz, na základe ktorého vzniká daňovému subjektu právo na odpočítanie dane. Skutočnosť, že žalobca evidoval vo svojom účtovníctve faktúry od spoločnosti S&amp;J PRESSBURG plus, s.r.o. a tieto mal zaúčtované, ešte nepreukazuje, že dodávky tovaru boli dodávateľom skutočne realizované. Faktúra je relevantným dokladom len vtedy, ak sú v nej uvedené údaje odrážajúce reálne plnenie. Fakt, že doklad spĺňa formálne náležitosti, a je riadne zaúčtovaný, nie je dôkazom o tom, že žalobca je oprávnený uplatniť si odpočítanie dane. 43. Z preverovania sa nepotvrdilo tvrdenie žalobcu, že existenciu tovaru hodnoverne preukázal, o čom mala svedčiť ucelená sieť dôkazov, ktoré v rámci kontroly poskytol správcovi dane, pretože fyzická existencia fakturovaného tovaru nebola preukázaná a nepreukázalo sa ani, že s fakturovaným tovarom disponoval. 44. Pri dôkaznej povinnosti platiteľa platí, že ak správca dane na základe určitých informácií nadobudol závažné pochybnosti o pravdivosti, hodnovernosti predložených dokladov (napr. faktúry, CMR, skladových kariet ...), či vyjadrení, nemusel tieto uznať ako relevantné, ak kontrolovaný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Žalovaný sa stotožnil so záverom správcu dane, že daňový subjekt nepreukázal prijatie zdaniteľného obchodu, ktorý je deklarovaný vo faktúre. 45. Žalovaný ďalej uviedol, že z ustálenej judikatúry Súdneho dvora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46. Uvedený výklad 12 zásady neutrality DPH vyplýva z judikatúry Súdneho dvora EÚ, napr. rozsudky v spojených veciach Kittel (C-439/04) a obchodná spoločnosť Recolta Recycling (C-440/04) a v spojených veciach Optigen Ltd (C-354/03), Fulcrum Electronics Ltd (C-355/03), Bond House Systems (C-484/03). Avšak, Súdny dvor EÚ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C-439/04, C-440/04). 47. Taktiež Súdny dvor EÚ vo svojej judikatúre pripúšťa, že nie je v rozpore s právom Únie požadovať, aby subjekt prijal všetky opatrenia (duediligence), ktoré možno od neho rozumne požadovať, aby sa uistil, že plnenie, ktoré uskutoční, nebude viesť k jeho účasti na daňovom podvode, rozsudky ESD vo veciach napr. Teleosplc. a spol. (C-409/04), Vlaamse Oliemaatschappij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daného prípadu vo veci samej (rozsudok ESD v spojených veciach Mahagébenkft, a Z.. 48. Žalovaný k námietkam žalobcu, ktorý poukazuje na rozsudky Súdneho dvora EÚ uviedol, že danou problematikou sa v rámci rozhodcovskej činnosti zaoberal Najvyšší súd SR napr. v rozsudkoch sp. zn. 3 Sžf/24/2012 a 2Sžf/19/2011, z ktorých vyplýva, že: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49. Najvyšší súd SR už opakovane judikoval, že podmienky uvedené v § 49 ods. 1 a 2 písm. a) a v § 51 ods. 1 písm. a) zákona č. 222/2004 Z. z. sú hmotnoprávnej povahy a na ich bezpodmienečné splnenie sa viaže nárok na odpočet. Ich nesplnenie nie je možné odpustiť, zákon to neustanovuje ani pri vzniku zodpovednosti inej osoby za vady dokladu a ani pri dobromyseľnosti platiteľa. Naopak, zákonodarca požaduje, aby platiteľ, ktorý nárok na odpočet uplatňuje, preukázal existenciu podmienok, ktoré zákon pre nárok na odpočet stanovil. Pokiaľ si platiteľ uplatňuje nárok na odpočítanie dane z dodávateľskej faktúry, musí byť schopný preukázať, že zdaniteľné obchody boli reálne uskutočnené, a to práve osobou uvedenou na faktúre. 50. Záver správcu dane zodpovedá zásadám správneho uváženia. Žalobca počas výkonu daňovej kontroly nepredložil žiadne dôkazné prostriedky preukazujúce jeho tvrdenia, teda neuniesol dôkazné bremeno, keď sa mu právne relevantným spôsobom nepodarilo preukázať prijatie zdaniteľných obchodov od spoločnosti S&amp;J PRESSBURG plus s.r.o. ako aj jeho následné dodanie v rámci Európskeho spoločenstva. IV. Právne posúdenie veci krajským súdom 51.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52. Zákon č. 511/1992 Zb. v § 2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53.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54.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55. Podľa § 2 ods. 3 zákona č. 511/1992 Zb., správca dane hodnotí dôkazy podľa svojej úvahy, a to každý dôkaz jednotlivo a všetky dôkazy v ich vzájomnej súvislosti, pritom prihliada na všetko, čo v daňovom konaní vyšlo najavo. 56. Podľa § 2 ods. 6 zákona č. 511/1992 Zb., pri uplatňovaní daňových predpisov v daňovom konaní sa berie do úvahy vždy skutočný obsah právneho úkonu alebo inej skutočnosti rozhodujúcej pre určenie alebo vybratie dane. 57.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58. Podľa § 15 ods. 5 zákona č. 511/1992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59. Podľa § 15 ods. 6 zákona č. 511/1992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60. Podľa § 15 ods. 10 zákona č. 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61.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11),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11). 62. Podľa § 15 ods. 16 zákona č. 511/1992 Zb., ustanovenia prvej časti a § 32, 34 a 41 sa primerane použijú aj na daňovú kontrolu. 63. Z ustanovení § 29 ods. 1 a ods. 2 zákona č. 511/1992 Zb. vyplýva, že dokazovanie vedie správca dane, ktorý vedie daňové konanie, pričom dbá, aby skutočnosti rozhodujúce pre správne určenie daňovej povinnosti boli zistené čo najúplnejšie, a nie je pritom viazaný iba návrhmi daňových subjektov. 64.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65.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66. Od 01.01.2012 nadobudol účinnosť zákon č. 563/2009 Z. z. Podľa prechodného ustanovenia § 165 ods. 2 tohto zákona, daňové konania začaté a právoplatne neukončené pred účinnosťou tohto zákona sa dokončia podľa doterajších predpisov (podľa zákona č. 511/1992 Zb.). 67.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68. Podľa § 19 ods. 1 veta prvá a druhá zákona č. 222/2004 Z. z., daňová povinnosť vzniká dňom dodania tovaru. Dňom dodania tovaru je deň, keď kupujúci nadobudne právo nakladať s tovarom ako vlastník. 69. Podľa § 49 ods. l zákona č. 222/2004 Z. z.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70. V prípade žalobcu správca dane správne vyhodnotil obchodné prípady tak,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71. Podľa § 49 ods. 2 zákona č. 222/2004 Z. z.,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72. Kľúčovou otázkou v tomto konaní bolo posúdenie miery zaťaženia žalobcu dôkazným bremenom vyplývajúcim z § 29 ods. 8 zákona č. 511/1991 Zb.,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v reťazci obchodných spoločností v tuzemsku, v rámci EÚ a tretích štátov, avšak bez reálneho dodania, čiže ide o tzv. karusel. 73.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č. 511/1992 Zb.,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74. V tejto súvislosti je potrebné poukázať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75. Podľa názoru súdu správca dane ako aj žalovaný pri skúmaní podmienok pre žalobcom uplatnené odpočítanie DPH správne zistili skutkový stav veci a vec správne právne posúdili, keď mu znížili nadmerný odpočet za príslušné zdaňovacie obdobie. Správne orgány pritom postupovali v súlade s § 29 ods. 1, ods. 2, ods. 4 a § 2 ods. 3 a ods. 6 zákona č. 511/1992 Zb. 76. Súd sa stotožňuje so záverom žalovaného, že prostredníctvom žalobcu prebiehala fakturácia tovaru v reťazci obchodných spoločností, avšak bez reálneho dodania. Žalobca je v reťazci daňových subjektov konečným daňovým subjektom na území SR, kde si uplatňuje a aj odpočítava nadmernú DPH z nadobudnutého tovaru. Tovar následne deklaroval ako dodanie tovaru v rámci Európskeho spoločenstva, avšak jeho fyzická existencia sa nepotvrdila. 77. Správca dane preveroval opodstatnenosť nároku na odpočítanie DPH z týchto dodávateľských faktúr: č. 2010170 zo dňa 20.12.2010 v celkovej sume 23 984,45 eur, z toho 19% DPH v sume 3.829,45 eur (predmet fakturácie granitová dlažba I. triedy 69,5 m2), č. 2010163 zo dňa 01.12.2010 v celkovej sume 26.779,76 eur, z toho 19% DPH v sume 4.275,76 eur (predmet fakturácie mramorová dlažba 38,8 m2), od spoločnosti S&amp;J PRESSBURG plus, s.r.o. formou dožiadania č. 801/321/9806/2011 zo dňa 07.02.2011, ktorým správca dane žiadal preveriť reálnosť uskutočnenia zdaniteľného obchodu, ako aj platby za zdaniteľný obchod. Správca dane konštatoval porušenie § 51 ods. 2 zákona č. 222/2004 Z. z. v nadväznosti na § 49 ods. 1 citovaného zákona tým, že žalobca si odpočítal daň z tovaru, pri ktorom nevznikla daňová povinnosť. Správca dane podľa názoru súdu veľmi dôsledne preveroval všetky podstatné skutočnosti a súvislosti ohľadom tovaru. 78. V súvislosti s deklarovanými zdaniteľnými obchodmi v reťazci spoločností správca dane zaslal dožiadanie aj na Daňový úrad Bratislava IV ako miestne príslušného správcu dane spoločnosti Xdeal Slovakia, s.r.o., ktorá podľa predložených záznamov DPH bola uvedená ako dodávateľ granitových dosiek, granitovej a mramorovej dlažby pre odberateľa - spoločnosť S&amp;J PRESSBURG plus, s.r.o. Daňový úrad Bratislava IV v súvislosti s požadovaným preverením objasnenia pôvodu granitovej a mramorovej dlažby až po výrobcu zistil, že daňový subjekt Xdeal Slovakia, s.r.o. predmetný tovar nakúpila od spoločnosti FOR DESIGN, s.r.o. Správca dane na základe vykonaných šetrení v tuzemsku vyhodnotil deklarované obchodné transakcie tak, že k dodaniu tovaru medzi spoločnosťou S&amp;J PRESSBURG plus, s.r.o. ako dodávateľom a žalobcom ako odberateľom nedošlo. 79. Daňový úrad Piešťany v súvislosti s požadovaným objasnením pôvodu tovaru až po výrobcu zistil, že spoločnosť FOR DESIGN, s.r.o. na adrese sídla reálne nesídli, nie je možné zastihnúť jej konateľa, ani inú osobu zo spoločnosti, jediným konateľom a spoločníkom je od 12.11.2010 Pavol Kuman. 80. Súd mal z administratívneho spisu za preukázané, že správcovi dane sa v tomto prípade nepodarilo zistiť pôvod a fyzickú existenciu deklarovaného tovaru v reťazci spoločností Xdeal Slovakia, s.r.o. = FOR DESIGN, s.r.o. = S&amp;J PRESSBURG plus, s.r.o. = JAZO, s.r.o. 81. Všetko nasvedčuje tomu, že skutočným účelom v tomto prípade bolo iba profitovať na nadmerných odpočtoch DPH. 82.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83.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84. Z rozsudku Najvyššieho súdu SR vo veci sp. zn. 2Sžf/4/2009 z 23.06.2010 v spojení s rozhodnutím Ústavného súdu SR č. k. III. ÚS 78/2011-17 z 23.02.2011 vyplýva, že: „Dôkazné bremeno je na daňovom subjekte (§ 29 ods. 8 o správe daní v spojení s § 49 ods. 2, §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85.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86.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ktoré boli zapojené v reťazci, deklarujú, že skladovali svoj tovar v priestoroch spoločnosti S&amp;J PRESSBURG plus, s.r.o. Tovar je následne fakturovaný ako intrakomunitárne dodanie v rámci EÚ a následne na územie tretích štátov (USA a Srbsko), kde sa reálnosť dodania nepotvrdila. V reťazci obchodných spoločností bolo zároveň zistené, že predmetný tovar bol následne fakturovaný v prospech slovenskej spoločnosti JANSON SK, s.r.o. · Z odpovede na medzinárodnú žiadosť od českej daňovej správy vyplýva, že bola vykonaná iba dokladová kontrola tovaru. · Pôvod tovarov uvedených na dodávateľských faktúrach nie je známy a ich vysoká cena na faktúrach vylučuje konečného spotrebiteľa, o čom svedčí aj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PRESSBURG plus, s.r.o. a KLIMEX STONE SLOVAKIA, s.r.o., ktoré vlastní pán Klimek, platí, že nezamestnávajú žiadnych zamestnancov, nevlastnia žiaden majetok a nepreukázali žiadne predpoklady pre skutočné vykonávanie podnikateľskej činnosti deklarovanej vo faktúrach. 87.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88. Právo na odpočítanie dane si pritom môže daňový subjekt uplatniť len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89.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90. Argumentácia svedčiaca právu na odpočet dane nemôže vychádzať len z priamočiareho jazykového výkladu ustanovení § 8 ods. 1 písm. a), resp. § 9, § 49 ods. 1, ods. 2 písm. a) a § 51 ods. 2 písm. a) zákona č. 222/2004 Z. z., ale je potrebné vo vzájomných súvislostiach s využitím teleologického a systematického výkladu prihliadnuť i na základné princípy, na ktorých je výber DPH postavený (rozsudok Najvyššieho súdu SR sp. zn. 3Sžf/64/2015 zo dňa 07.09.2016). 91.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92.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Kittel a Recolta Recycling, bod 51). 93. Naopak, nie je v rozpore s právom Únie požadovať, aby subjekt prijal všetky opatrenia, ktoré od neho možno rozumne požadovať, aby sa uistil, že plnenie, ktoré uskutoční, nebude viesť k jeho účasti na daňovom podvode (rozsudky zo dňa 27.09.2007, Teleos a i., C-409/04 Zb. s. I-7797, body 65 a 68; Netto Supermarkt, bod 24, ako aj zo dňa 21.12.2011, Vlaamse Oliemaatschappij, C-499/10, bod 25). 94.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EÚ v spojených veciach Mahagében kft.a Pétér B. č. C-XX/XX a C-XXX/XX). 95.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96. Žalobca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za to, že vyčerpal svoje dôkazné bremeno tým, že predložil zákonom požadované daňové doklady. Na podporu svojej argumentácie poukazoval aj na rozsudky Najvyššieho súdu SR a Súdneho dvora EÚ. V súvislosti s poukazom žalobcu na judikatúru Najvyššieho súdu SR a Súdneho dvora EÚ súd konštatuje, že v uvádzaných rozsudkoch sa nejednalo o obchod, v ktorom by bola spochybnená samotná existencia jeho predmetu, t. j. existencia tovaru a s tým spojený reálny základ deklarovaného zdaniteľného plnenia. 97. Z obsahu rozsudku Najvyššieho súdu SR sp. zn. 3 Sžf 1/2010 zo dňa 19.08.2010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98.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DPH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99. Vo svetle výsledkov vykonaného dokazovania, kedy správca dane aplikoval zásadu voľného hodnotenia dôkazov podľa § 2 ods. 3 zákona č. 511/1992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na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100.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101. Záverom treba spomenúť existenciu rozsudkov Krajského súdu v Bratislave č. k. 1S/2534/2012-62 zo dňa 11.09.2014 a č. k. 6S/2325/2012-90, 6S/2333/2012 a 6S/2334/2012 zo dňa 06.06.2013, ktorými boli zamietnuté žaloby v obdobných veciach týkajúcich sa žalobcu a rovnakého tovaru. Najvyšší súd SR predmetné rozsudky krajského súdu rozsudkom sp. zn. 8Sžf/108/2014 zo dňa 29.09.2016 a rozsudkom sp. zn. 8Sžf/22/2014, 8Sžf/23/2014 a 8Sžf/24/2014 zo dňa 17.09.2015 potvrdil citujúc rozsudok najvyššieho súdu sp. zn. 3Sžf/125/2013 zo dňa 25.11.2014, že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zákona č. 511/1992 Zb.). Odpočítanie dane nenastáva ex lege,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102.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zamietol. 103. O náhrade trov konania súd rozhodol podľa § 167 S.s.p. a v konaní neúspešnému žalobcovi právo na ich náhradu nepriznal, rovnako ani žalovanému, ktorý podľa ustálenej judikatúry nemá v takomto prípade právo na náhradu trov konania. 104.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11.07.2017</w:t>
      </w:r>
    </w:p>
    <w:p/>
    <w:p>
      <w:r>
        <w:t>Zdroj: KAUZIS.SK – https://www.kauzis.sk/judikatura/r/ECLI:SK:KSBA:2017:1016200850.1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