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8Sd/68/2016 z 25. 4. 2017</w:t>
      </w:r>
    </w:p>
    <w:p>
      <w:r>
        <w:t>Uznesenie Krajského súdu Bratislava z 25. apríla 2017, sp. zn. 8Sd/68/2016, ECLI:SK:KSBA:2017:1016200883.1</w:t>
      </w:r>
    </w:p>
    <w:p>
      <w:r>
        <w:t>Súd: Krajský súd Bratislava</w:t>
      </w:r>
    </w:p>
    <w:p>
      <w:r>
        <w:t>Spisová značka: 8Sd/68/2016</w:t>
      </w:r>
    </w:p>
    <w:p>
      <w:r>
        <w:t>ECLI: ECLI:SK:KSBA:2017:1016200883.1</w:t>
      </w:r>
    </w:p>
    <w:p>
      <w:r>
        <w:t>Dátum vydania: 25. 4. 2017</w:t>
      </w:r>
    </w:p>
    <w:p>
      <w:r>
        <w:t>Forma: Uznesenie</w:t>
      </w:r>
    </w:p>
    <w:p>
      <w:pPr>
        <w:pStyle w:val="Heading2"/>
      </w:pPr>
      <w:r>
        <w:t>Text rozhodnutia</w:t>
      </w:r>
    </w:p>
    <w:p>
      <w:r>
        <w:t>Súd: Krajský súd Bratislava Spisová značka: 8Sd/68/2016 Identifikačné číslo súdneho spisu: 1016200883 Dátum vydania rozhodnutia: 26. 04. 2017 Meno a priezvisko sudcu, VSÚ: JUDr. Blanka Malichová ECLI: ECLI:SK:KSBA:2017:1016200883.1 Uznesenie Krajský súd v Bratislave v právnej veci žalobcu: G. W., Š. XXXX/XX, X., proti žalovanému: Sociálna poisťovňa - ústredie, Ul. 29. augusta č. 8, Bratislava, o preskúmanie zákonnosti rozhodnutia žalovaného č. XXX XXX XXXX X zo dňa 15.1.2016, takto r o z h o d o l : Krajský súd v Bratislave konanie z a s t a v u j e . Žiaden z účastníkov konania nemá právo náhradu trov konania. o d ô v o d n e n i e : Dňa 25.5.2016 bolo Krajskému súdu v Bratislave (ďalej len „správny súd“) žalovanou s poukazom na § 219 zák. č. 461/2003 Z.z. o sociálnom poistení (ďalej len „zákon o sociálnom poistení“) doručené odvolanie žalobcu voči rozhodnutiu žalovanej č. XXX XXX XXXX X zo dňa 15.1.2016 vo veci žiadosti neuznania invalidity. 2. Dňa 21.3.2017 bolo správnemu súdu doručené späťvzatie podaného odvolania. 3. Podľa § 6 ods. 1 zák.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5. Podľa § 99 ods. 1 písm. a) S.s.p., správny súd konanie uznesením zastaví, ak žalobca vzal žalobu späť skôr, ako správny súd vo veci rozhodol. 6. Pretože správnemu súdu bolo žalovanou doručené účinné späťvzatie podaného odvolania, konanie o ňom súd zastavil. 7.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https://www.kauzis.sk/judikatura/r/ECLI:SK:KSBA:2017:1016200883.1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