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10Sd/71/2016 z 27. 2. 2017</w:t>
      </w:r>
    </w:p>
    <w:p>
      <w:r>
        <w:t>Rozsudok Krajského súdu Bratislava z 27. februára 2017, sp. zn. 10Sd/71/2016, ECLI:SK:KSBA:2017:1016200898.1</w:t>
      </w:r>
    </w:p>
    <w:p>
      <w:r>
        <w:t>Súd: Krajský súd Bratislava</w:t>
      </w:r>
    </w:p>
    <w:p>
      <w:r>
        <w:t>Spisová značka: 10Sd/71/2016</w:t>
      </w:r>
    </w:p>
    <w:p>
      <w:r>
        <w:t>ECLI: ECLI:SK:KSBA:2017:1016200898.1</w:t>
      </w:r>
    </w:p>
    <w:p>
      <w:r>
        <w:t>Dátum vydania: 27. 2. 2017</w:t>
      </w:r>
    </w:p>
    <w:p>
      <w:r>
        <w:t>Forma: Rozsudok</w:t>
      </w:r>
    </w:p>
    <w:p>
      <w:r>
        <w:t>Oblasť práva: Správne právo</w:t>
      </w:r>
    </w:p>
    <w:p>
      <w:pPr>
        <w:pStyle w:val="Heading2"/>
      </w:pPr>
      <w:r>
        <w:t>Text rozhodnutia</w:t>
      </w:r>
    </w:p>
    <w:p>
      <w:r>
        <w:t>Súd: Krajský súd Bratislava Spisová značka: 10Sd/71/2016 Identifikačné číslo súdneho spisu: 1016200898 Dátum vydania rozhodnutia: 28. 02. 2017 Meno a priezvisko sudcu, VSÚ: JUDr. Beata Jurgošová ECLI: ECLI:SK:KSBA:2017:1016200898.1 ROZSUDOK V MENE SLOVENSKEJ REPUBLIKY Krajský súd v Bratislave sudkyňou JUDr. Beátou Jurgošovou v právnej veci navrhovateľky V. E., bytom K. O. XXXX/X, G., proti odporkyni Sociálnej poisťovni ústredie v Bratislave, ul. 29. augusta č. 8, Bratislava, o invalidný dôchodok, takto r o z h o d o l : Súd rozhodnutie odporkyne číslo XXX XXX XXXX X zo dňa 8. februára 2016 potvrdzuje. Účastníkom náhradu trov konania nepriznáva. o d ô v o d n e n i e : Rozhodnutím číslo XXX XXX XXXX X zo dňa 8. februára 2016 odporkyňa podľa § 70 ods. 1 a § 82 zákona č. 461/2003 Z.z. o sociálnom poistení v znení neskorších predpisov priznala navrhovateľke invalidný dôchodok v sume 77,30 eur mesačne od 17. decembra 2015. Podľa § 82 zákona č. 461/2003 Z.z. o sociálnom poistení v znení neskorších predpisov a § 1 opatrenia Ministerstva práce, sociálnych vecí a rodiny Slovenskej republiky č. 283/2015 Z.z., ktorým sa ustanovuje pevná suma zvýšenia dôchodkovej dávky a percento zvýšenia úrazovej renty, navrhovateľke od 1. januára 2016 zvýšila invalidný dôchodok na sumu 78,30 eur mesačne. Rozhodla tak s odôvodnením, že podľa posudku posudkového lekára Sociálnej poisťovne, pobočka Bratislava zo dňa 17. decembra 2015 navrhovateľka je invalidná s mierou poklesu schopnosti vykonávať zárobkovú činnosť 50 %. Navrhovateľka návrhom zo dňa 11.3.2016 žiadala preskúmať toto rozhodnutie, poukazovala na svoj zlý zdravotný stav. Nesúhlasila s výškou invalidného dôchodku. Súd preskúmal napadnuté rozhodnutie podľa § 250l a nasl. O.s.p., prejednal návrh navrhovateľky a dospel k záveru, že návrh nie je dôvodný. Súd vykonal dokazovanie výsluchom navrhovateľky, odporkyne, posudkom posudkového lekára Sociálnej poisťovne pobočky Bratislava zo dňa 17.12.2015, posudkom posudkového lekára Sociálnej poisťovne ústredie Bratislava zo dňa 25.5.2016,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Navrhovateľka bola uznaná za invalidnú od 17.12.2015 na základe posudku posudkového lekára Sociálnej poisťovne pobočka Bratislava zo dňa 17.12.2015, ktorý ju uznal za invalidnú podľa § 71 ods. 1 zákona č. 461/2003 Z. z. o sociálnom poistení s mierou poklesu vykonávať zárobkovú činnosť 50 %. Rozhodujúcim zdravotným postihnutím u navrhovateľky boli choroby podporného a pohybového aparátu, dorzopatia, deformujúca dorzopatia a spondylopatia, degeneratívne zmeny na chrbtici a medzistavcových platničkách, s trvalým ťažkým postihnutím funkcie a často recidivujúcimi dlhotrvajúcimi prejavmi dráždenia nervov a svalov, ťažkou poruchou statiky a dynamiky celej chrbtice, s výraznou poruchou svalového korzetu ( kapitola XV., oddiel E, položka 3) písm.c) prílohy č. 4 zákona č. 461/2003 Z.z. ), kde mieru poklesu schopnosti vykonávať zárobkovú činnosť posudkový lekár stanovil na 45 %. Na iné zdravotné postihnutia zvýšil percentuálnu mieru o 5 %. Navrhovateľka v opravnom prostriedku zo dňa 11.3.2016 nesúhlasila s určenou mierou poklesu schopnosti vykonávať zárobkovú činnosť, namietala posúdenie zdravotného stavu a výšku dôchodku. Posudkový lekár Sociálnej poisťovne ústredie Bratislava v posudku zo dňa 25.5.2016 uviedol, že dňa 17.12.2015 bol zdravotný stav navrhovateľky posúdený posudkovou lekárkou Sociálnej poisťovne vykonávajúcej posudkovú činnosť pobočky Bratislava na základe podanej žiadosti o invalidný dôchodok. Navrhovateľka bola uznaná invalidnou dňom posúdenia, miera poklesu schopnosti vykonávať zárobkovú činnosť jej bola určená na 50 %, z toho 45 % na rozhodujúce zdravotné postihnutie ( bolesť chrbta- dorzalgiu) a na ostatné ochorenia jej bola MPSVZČ zvýšená o ďalších 5 %. Poukázal na to, že posúdenie zdravotného stavu navrhovateľky bolo správne a pre ňu priaznivé, s poukazom na to, že ochorenie chrbtice bolo zaradené do položky 3.c) a nie položky 3.b) v prílohe č. 4 k zákonu č. 461/2003 Z.z. o sociálnom poistení v znení neskorších predpisov. Za rozhodujúce zdravotné postihnutie u navrhovateľky boli určené choroby podporného a pohybového aparátu, dorzopatia, deformujúca dorzopatia a spondylopatia,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3.c)) prílohy č. 4 k zákonu o sociálnom poistení. Mieru poklesu schopnosti vykonávať zárobkovú činnosť stanovil na 45 %. Navrhovateľke bola MPSVZČ zvýšená o ďalších 5 % na ostatné ochorenia. Celková miera poklesu schopnosti vykonávať zárobkovú činnosť v percentách bola určená vo výške 50 %. Navrhovateľka je invalidná podľa § 71 ods. 1 zákona č. 461/2003 Z. z. o sociálnom poistení, lebo pre dlhodobo nepriaznivý zdravotný stav má pokles schopnosti vykonávať zárobkovú činnosť o viac ako 40 % v porovnaní so zdravou fyzickou osobou. Navrhovateľka na pojednávaní uviedla, že jej zdravotný sta sa zhoršil, má veľké bolesti a nemôže byť bez liekov. Poukázala aj na svoj nízky dôchodok. Zástupkyňa odporkyne vzhľadom na zhodné posúdenie zdravotného stavu navrhovateľky posudkovými lekármi,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navrhovateľkou uvádzané ťažkosti a vyporiadali sa s lekárskymi nálezmi nachádzajúcimi sa v zdravotnej dokumentácii navrhovateľky. Zhodne určili, že rozhodujúcim zdravotným postihnutím u navrhovateľky sú choroby podporného a pohybového aparátu, dorzopatia, deformujúca dorzopatia a spondylopatia,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3.c) prílohy č. 4 zákona č. 461/2003 Z.z. o sociálnom poistení), kde mieru poklesu schopnosti vykonávať zárobkovú činnosť stanovili na 45 %. Pre iné zdravotné postihnutie zvýšili percentuálnu mieru o 5 %, takže celková miera poklesu schopnosti vykonávať zárobkovú činnosť je 50 %. Dátum vzniku invalidity stanovili od 17.12.2015, t.j. dňom posúdenia zdravotného stavu navrhovateľky. Ostatné zdravotné postihnutia, dokumentované odbornými lekárskymi nálezmi nie sú takého charakteru ani závažnosti, aby podmieňovali ďalšie zvýšenie MPSVZČ. Navrhovateľka je invalidná podľa § 71 ods. 1 zákona č. 461/2003 Z.z. o sociálnom poistení v znení neskorších predpisov, lebo pre dlhodobo nepriaznivý zdravotný stav má pokles schopnosti vykonávať zárobkovú činnosť o viac ako 40 % v porovnaní so zdravou fyzickou osobou. Zistenia posudkových lekárov neboli spochybnené ani v súdnom konaní. Závery posudkov posudkových lekárov sú odborné, presvedčivé, náležite zdôvodnené a súd nezistil rozpor medzi ich závermi a zisteným skutočným stavom. Výšku invalidného dôchodku navrhovateľky odporkyňa určila v súlade s ust. § 73 ods. 2 zákona č. 461/2003 Z.z. o sociálnom poistení v znení neskorších predpisov ako súčin priemerného osobného mzdového bodu, obdobia dôchodkového poistenia získaného ku dňu vzniku nároku na invalidný dôchodok, ku ktorému sa pripočítava obdobie vzniku nároku na invalidný dôchodok do dovŕšenia dôchodkového veku, aktuálnej dôchodkovej hodnoty a percentuálneho poklesu schopnosti vykonávať zárobkovú činnosť. Aktuálna dôchodková hodnota platná k 17.12.2015 je 10,6865 eur, a je určená ako súčin dôchodkovej hodnoty na rok 2014 10,2524 eur a indexu 1,04234122, zaokrúhlená na štyri desatinné miesta nahor. Suma invalidného dôchodku je 74,60 eur mesačne. Je určená ako súčin priemerného osobného mzdového bodu, obdobia dôchodkového poistenia spolu s pripočítaným obdobím, aktuálnej dôchodkovej hodnoty a percentuálného poklesu schopnosti vykonávať zárobkovú činnosť. Priemerný osobný mzdový bod 0,4755 x 29,3425 rokov obdobia dôchodkového poistenia spolu s pripočítaným obdobím x aktuálna dôchodková hodnota 10,6865 x 50 % = 74,60 eur mesačne. K tejto sume patrí zvýšenie o 2,70 eur mesačne ( § 82 zákona č. 461/2003 Z.z. v znení neskorších predpisov), invalidný dôchodok je 77,30 eur mesačne a od 1.1.2016 zvýšený o1,00 eur mesačne, spolu teda predstavuje sumu 78,30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Zo zistenia skutkového stavu súd mal za to, že odporkyňa pri priznaní invalidného dôchodku navrhovateľky a jeho výpočte nepochybila a postupovala správne podľa citovaných zákonných ustanovení. Krajský súd preto z vyššie uvedených dôvodov napadnuté rozhodnutie odporkyne číslo XXX XXX XXXX X zo dňa 8. februára 2016 podľa § 250q ods. 2 O.s.p. ako vecne správne potvrdil. O trovách konania súd rozhodol podľa § 250k ods. 1 v spojení s § 250l ods. 2 O.s.p. Navrhovateľka nebola v konaní úspešná a odporkyni trovy konania neprislúchajú. Podľa ustanovenia § 492 ods. 1 SSP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https://www.kauzis.sk/judikatura/r/ECLI:SK:KSBA:2017:1016200898.1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