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10Sd/74/2016 z 13. 2. 2017</w:t>
      </w:r>
    </w:p>
    <w:p>
      <w:r>
        <w:t>Rozsudok Krajského súdu Bratislava z 13. februára 2017, sp. zn. 10Sd/74/2016, ECLI:SK:KSBA:2017:1016200960.2</w:t>
      </w:r>
    </w:p>
    <w:p>
      <w:r>
        <w:t>Súd: Krajský súd Bratislava</w:t>
      </w:r>
    </w:p>
    <w:p>
      <w:r>
        <w:t>Spisová značka: 10Sd/74/2016</w:t>
      </w:r>
    </w:p>
    <w:p>
      <w:r>
        <w:t>ECLI: ECLI:SK:KSBA:2017:1016200960.2</w:t>
      </w:r>
    </w:p>
    <w:p>
      <w:r>
        <w:t>Dátum vydania: 13. 2. 2017</w:t>
      </w:r>
    </w:p>
    <w:p>
      <w:r>
        <w:t>Forma: Rozsudok</w:t>
      </w:r>
    </w:p>
    <w:p>
      <w:r>
        <w:t>Oblasť práva: Správne právo</w:t>
      </w:r>
    </w:p>
    <w:p>
      <w:pPr>
        <w:pStyle w:val="Heading2"/>
      </w:pPr>
      <w:r>
        <w:t>Text rozhodnutia</w:t>
      </w:r>
    </w:p>
    <w:p>
      <w:r>
        <w:t>Súd: Krajský súd Bratislava Spisová značka: 10Sd/74/2016 Identifikačné číslo súdneho spisu: 1016200960 Dátum vydania rozhodnutia: 14. 02. 2017 Meno a priezvisko sudcu, VSÚ: JUDr. Beata Jurgošová ECLI: ECLI:SK:KSBA:2017:1016200960.2 ROZSUDOK V MENE SLOVENSKEJ REPUBLIKY Krajský súd v Bratislave sudkyňou JUDr. Beátou Jurgošovou v právnej veci navrhovateľa B. Š., bytom B. Z. XXX, Z., prechodne O., T. E., W. XX, Z. proti odporkyni Sociálnej poisťovni ústredie v Bratislave, Ul. 29. augusta č. 8, Bratislava, o invalidný dôchodok, takto r o z h o d o l : Súd rozhodnutie odporkyne číslo XXX XXX XXXX 0 zo dňa 14.6.2016 potvrdzuje. Účastníkom náhradu trov konania nepriznáva. o d ô v o d n e n i e : Rozhodnutím číslo XXX XXX XXXX 0 zo dňa 29.1.2016 odporkyňa podľa § 70 ods. 1 zákona č. 461/2003 Z. z. o sociálnom poistení v znení neskorších predpisov zamietla žiadosť navrhovateľa o invalidný dôchodok. Rozhodnutím číslo XXX XXX XXXX 0 zo dňa 15.6.2016 odporkyňa podľa § 112 zákona č. 461/2003 Z. z. o sociálnom poistení v znení neskorších predpisov zrušila rozhodnutie Sociálnej poisťovne, ústredie, číslo XXX XXX XXXX 0 zo dňa 29.1.2016 o zamietnutí žiadosti navrhovateľa o priznanie invalidného dôchodku a súčasne vyhovela čiastočne opravnému prostriedku navrhovateľa. Rozhodla tak s odôvodnením, že na základe podaného opravného prostriedku zo dňa 4.3.2016 bol opätovne posúdený zdravotný stav navrhovateľa a podľa posudku posudkového lekára sociálneho poistenia Sociálnej poisťovne ústredie zo dňa 1.6.2016 navrhovateľ podľa § 71 ods. 1 zákona č. 461/2003 Z .z. o sociálnom poistení má mieru poklesu schopnosti vykonávať zárobkovú činnosť 55% v porovnaní so zdravou fyzickou osobou. Rozhodnutím číslo XXX XXX XXXX 0 zo dňa 14.6.2016 odporkyňa podľa § 70 ods. 1 zákona č. 461/2003 Z. z. o sociálnom poistení v znení neskorších predpisov zamietla žiadosť navrhovateľa o invalidný dôchodok. Rozhodla tak s odôvodnením, že navrhovateľ ku dňu vzniku invalidity získal 13 rokov a 255 dní obdobia dôchodkového poistenia, čím nesplnil podmienku potrebného počtu rokov obdobia dôchodkového poistenia na vznik nároku na invalidný dôchodok. Navrhovateľ návrhom zo dňa 4.3.2016 žiadal preskúmať rozhodnutie odporkyne číslo XXX XXX XXXX 0 zo dňa 29.1.2016 a poukázal na svoje zdravotné problémy. Žiadal o opätovné posúdenie zdravotného stavu. Krajský súd preskúmal napadnuté rozhodnutie podľa § 250l a nasl. O.s.p., prejednal návrh navrhovateľa a dospel k záveru, že návrh nie je dôvodný. Navrhovateľ sa na pojednávanie súdu dňa 14.2.2017 napriek riadnemu predvolaniu nedostavil, svoju neúčasť na ňom neospravedlnil a ani nepožiadal o jeho odročenie, hoci bol o termíne pojednávania riadne a s dostatočným predstihom upovedomený, a preto súd podľa § 101 ods. 2 Občianskeho súdneho poriadku (ďalej len O.s.p.) vec prejednal v jeho neprítomnosti. Krajský súd vykonal dokazovanie výsluchom odporkyne, posudkom posudkového lekára Sociálnej poisťovne pobočky Bratislava zo dňa 21. septembra 2015 a zo dňa 25.4.2016, posudkom posudkového lekára Sociálnej poisťovne ústredie Bratislava zo dňa 1.6.2016,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nesplnil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72 ods. 1 písm. g) cit. zákona počet rokov dôchodkového poistenia na vznik nároku na invalidný dôchodok poistenca vo veku nad 45 rokov je 15 rokov. Podľa § 72 ods. 2 cit. zákona počet rokov dôchodkového poistenia na vznik nároku na invalidný dôchodok sa zisťuje z obdobia pred vznikom invalidity. Podľa § 73 ods. 2 cit. zákona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82 ods. 2 cit. zákona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Posudkový lekár sociálneho poistenia Sociálnej poisťovne pobočka Bratislava v posudku zo dňa 21.9.2015 uviedol, že navrhovateľ je invalidným, s mierou poklesu schopnosti vykonávať zárobkovú činnosť 45 %. Dátum vzniku invalidity stanovil od 11.8. 2015. Uviedol, že rozhodujúcim zdravotným postihnutím u navrhovateľa sú choroby srdcocievneho systému, choroby srdca, kardiomyopatie, NYHA II. zaradené do kapitoly IX., oddiel A, položka 1 písm. b) prílohy zákona č. 461/2003 Z. z. o sociálnom poistení. Posudkový lekár sociálneho poistenia Sociálnej poisťovne pobočka Bratislava v posudku zo dňa 25.4.2016 uviedol, že navrhovateľ je v starostlivosti kardiológa pre hypertenznú chorobu WHO II a kardiomyopatiu NYHA II, ďalej je sledovaný neurológom pre chronický vertebrogénny algický syndróm - lumbálny, rok je v starostlivosti psychiatra pre panickú poruchu. Mieru poklesu schopnosti vykonávať zárobkovú činnosť určil vo výške 45 %, čo je horná hranica zvolená aj s ohľadom na sprievodné diagnózy. Poukázal na to, že spätné ustanovenie invalidity u navrhovateľa sa nedá preukázať odborným nálezom staršieho dáta. Dátum vzniku invalidity stanovil od 11.8.2015. Posudkový lekár Sociálnej poisťovne ústredie Bratislava v posudku zo dňa 1. júna 2016 uviedol, že rozhodujúcim zdravotným postihnutím odôvodňujúcim invaliditu navrhovateľa sú choroby obehovej sústavy, srdcové choroby, vrodené alebo získané chlopňové chyby, ischemická choroba srdca, kardiomyopatie, stavy po srdcovom infarkte, stavy po myokarditíde, stavy po reumatických ochoreniach a iné, s poklesom výkonu pri stredne ťažkom zaťažení (napr. chôdza 4-5 km/h, stredne ťažká telesná práca), maximálna záťaž 75W-NYHA II, zaradené do kapitoly IX., oddiel A, položka 1.b) prílohy č. 4 zákona č. 461/2003 Z.z. o sociálnom poistení. Mieru poklesu schopnosti vykonávať zárobkovú činnosť určil 45 %. Za ostatné ochorenia, posudkový lekár navýšil percentuálnu mieru poklesu schopnosti vykonávať zárobkovú činnosti o 10 %. Výsledná miera poklesu schopnosti vykonávať zárobkovú činnosť je 55 %. Dátum vzniku invalidity určil od 11.8.2015, kedy je zdravotný stav navrhovateľa prvýkrát dokumentovaný odborným lekárskym nálezom kardiológa. Uviedol, že skorší dátum invalidity nie je možné určiť, pretože nie sú k dispozícii odborné nálezy, ktoré by dokumentovali zdravotný stav navrhovateľa. Navrhovateľ žiadosťou zo dňa 21. 9.2015 požiadal o priznanie invalidného dôchodku od 11.8.2015. Podľa posudku posudkového lekára sociálneho poistenia Sociálnej poisťovne, ústredie Bratislava zo dňa 1. júna 2016, je navrhovateľ invalidný od 11.8.2015 s mierou poklesu schopnosti vykonávať zárobkovú činnosť 55 % v porovnaní so zdravou fyzickou osobou. Posudkový lekár v posudku uviedol, že navrhovateľ žiadal o invalidný dôchodok, posudkovým lekárom sociálnej poisťovne, pobočka Bratislava bol uznaný invalidným s MPSVZČ 45% pre ochorenie srdca. K posúdeniu zdravotného stavu na ústredí Sociálnej poisťovne navrhovateľ doložil neurologické vyšetrenie zo dňa 9.5.2016 a popis CT vyšetrenia driekovo-krížnej časti chrbtice, ktoré dokumentujú zdĺhavý bolestivý syndróm chrbtice, bez závažnejších chorobných zmien na kostre, bez dráždenia nervových koreňov, doložil ešte záznamník chorého na cukrovku, ktorý dokumentuje dobrú kompenzáciu ochorenia pri ordinovanej liečbe. Po podrobnom preskúmaní posudkovej spisovej dokumentácii a po vlastnom vyšetrení navrhovateľa konštatoval, že spĺňa kritériá pre priznanie invalidity s MPSVZČ 55%. Rozhodujúcim zdravotným postihnutím u navrhovateľa sú choroby obehovej sústavy, srdcové choroby vrodené alebo získané chlopňové chyby, ischemická choroba srdca, kardiomyopatie, stavy po srdcovom infarkte, stavy po myokarditíde, stavy po reumatických ochoreniach a iné, s poklesom výkonu pri stredne ťažkom zaťažení, maximálna záťaž 75w-NYHA II (kapitola IX., oddiel A, položka 1.b) prílohy č. 4 zákona č. 461/2003 Z. z. o sociálnom poistení), kde mieru poklesu schopnosti vykonávať zárobkovú činnosť stanovil na 45 %. Za iné zdravotné postihnutia zvýšil percentuálnu mieru o 10 %. Ďalej uviedol, že navrhovateľ je naďalej invalidný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je 55%. Invalidita vznikla v dôsledku choroby. Zástupkyňa odporkyne uviedla, že navrhovateľ pred vznikom invalidity získal celkovo 13 rokov a 255 dní dôchodkového poistenia, čím nesplnil zákonom stanovenú podmienku na vznik nároku na invalidný dôchodok. Nárok na invalidný dôchodok u navrhovateľa je podmienený získaním najmenej 15 rokov dôchodkového poistenia. Vzhľadom na uvedené žiadala napadnuté rozhodnutie ako vecne správne potvrdiť. Posudkový lekár sociálneho poistenia Sociálnej poisťovne ústredie Bratislava v posudku zohľadnil všetky navrhovateľom uvádzané ťažkosti a vysporiadal sa s lekárskymi nálezmi nachádzajúcimi sa v zdravotnej dokumentácii navrhovateľa a určil, že rozhodujúcim zdravotným postihnutím u navrhovateľa sú choroby obehovej sústavy, srdcové choroby, vrodené alebo získané chlopňové chyby, ischemická choroba srdca, kardiomyopatie, stavy po srdcovom infarkte, stavy po myokarditíde, stavy po reumatických ochoreniach a iné, s poklesom výkonu pri stredne ťažkom zaťažení (napr. chôdza 4-5 km/h, stredne ťažká telesná práca), maximálna záťaž 75W - NYHA II (kapitola XI., oddiel A, položka 1.b) prílohy č. 4 zákona č. 461/2003 Z.z.). Určil mieru poklesu schopnosti vykonávať zárobkovú činnosť 45 %. Za ostatné ochorenia zvýšil percentuálnu mieru o 10 %. Celková miera poklesu schopnosti vykonávať zárobkovú činnosť u navrhovateľa je 55 %. Dátum vzniku invalidity stanovil od 11.8.2015. Navrhovateľ je invalidný podľa § 71 ods. 1 zákona č. 461/2003 Z. z. o sociálnom poistení, lebo pre dlhodobo nepriaznivý zdravotný stav má pokles schopnosti vykonávať zárobkovú činnosť o viac ako 40 % v porovnaní so zdravou fyzickou osobou. Z vyššie uvedeného vyplýva, že navrhovateľ splnil medicínsku podmienku nároku na invalidný dôchodok. Súd ohľadom obdobia vedenia nezamestnaných občanov hľadajúcich zamestnanie (ďalej len „evidencia nezamestnaných občanov“) poukazuje na to, že od 8. júna 2002 do 9. decembra 2002 a od 18. februára 2003 do 25. februára 2003, počas ktorého navrhovateľovi nebola vyplácaná podpora v nezamestnanosti, odporkyňa na dôchodkové účely nehodnotila. Podľa § 255 ods. 1 zákona č. 461/2003 Z. z. o sociálnom poistení v znení zákona č. 310/2006 Z. z. sa za obdobie dôchodkového poistenia považuje aj zamestnanie a náhradná doba získaná pred 1. januárom 2004 podľa zákona č. 100/1988 Zb. o sociálnom zabezpečení v znení neskorších predpisov. Do zamestnania sa na dôchodkové účely započíta aj v období pred 1. januárom 2001, doba vedenia v evidencii nezamestnaných a v období od 1. januára 2001 do 31. decembra 2003, doba vyplácania podpory v nezamestnanosti (§ 169c ods. 1 zákona č. 100/1988 Zb. v znení zákona č. 446/2000 Z. z.). Nakoľko uvedené obdobie trvalo v období po 31.12.2000 a počas neho nebola vyplácaná podpora v nezamestnanosti, uvedené obdobie nie je možné považovať za náhradnú dobu ani za obdobie dôchodkového poistenia. Navrhovateľ ku dňu vzniku invalidity, t.j. 11. augusta 2015 dosiahol vek 50 rokov, preto splnenie zákonom stanovenej podmienky získania potrebného počtu rokov obdobia dôchodkového poistenia na nárok na invalidný dôchodok, je podmienené získaním najmenej 15 rokov obdobia dôchodkového poistenia v posledných desiatich rokoch pred vznikom invalidity. Z obsahu evidenčného a spisového materiálu vyplýva, že navrhovateľ pred vznikom invalidity, získal celkovo 13 rokov a 255 dní dôchodkového poistenia a nie 15 rokov, čím nesplnil podmienku potrebného počtu rokov obdobia dôchodkového poistenia na vznik nároku na invalidný dôchodok. Zo zisteného skutkového stavu súd mal za to, že žiadosť navrhovateľa o invalidný dôchodok odporkyňa správne zamietla podľa citovaných zákonných ustanovení. Krajský súd preto z vyššie uvedených dôvodov rozhodnutie číslo XXX XXX XXXX 0 zo dňa 14.6.2016 podľa § 250q ods. 2 O.s.p. ako vecne správne potvrdil. O trovách konania súd rozhodol podľa § 250k ods. 1 v spojení s § 250l ods. 2 O.s.p. Navrhovateľ nebol v konaní úspešný, a preto mu súd trovy konania nepriznal a odporkyni trovy konania neprislúchajú. V danom prípade súd postupoval podľa ustanovenia § 492 ods. 1 zákona č. 162/2015 Z.z., podľa ktorého konania podľa tretej hlavy piatej časti Občianskeho súdneho poriadku začaté predo dňom nadobudnutia účinnosti tohto zákona sa dokončia podľa doterajších predpisov. Poučenie: :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https://www.kauzis.sk/judikatura/r/ECLI:SK:KSBA:2017:1016200960.2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