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5S/115/2016 z 3. 7. 2017</w:t>
      </w:r>
    </w:p>
    <w:p>
      <w:r>
        <w:t>Rozhodnutie Krajského súdu Bratislava z 3. júla 2017, sp. zn. 5S/115/2016, ECLI:SK:KSBA:2017:1016201002.1</w:t>
      </w:r>
    </w:p>
    <w:p>
      <w:r>
        <w:t>Súd: Krajský súd Bratislava</w:t>
      </w:r>
    </w:p>
    <w:p>
      <w:r>
        <w:t>Spisová značka: 5S/115/2016</w:t>
      </w:r>
    </w:p>
    <w:p>
      <w:r>
        <w:t>ECLI: ECLI:SK:KSBA:2017:1016201002.1</w:t>
      </w:r>
    </w:p>
    <w:p>
      <w:r>
        <w:t>Dátum vydania: 3. 7. 2017</w:t>
      </w:r>
    </w:p>
    <w:p>
      <w:r>
        <w:t>Forma: Rozhodnutie</w:t>
      </w:r>
    </w:p>
    <w:p>
      <w:r>
        <w:t>Oblasť práva: Správne právo</w:t>
      </w:r>
    </w:p>
    <w:p>
      <w:pPr>
        <w:pStyle w:val="Heading2"/>
      </w:pPr>
      <w:r>
        <w:t>Text rozhodnutia</w:t>
      </w:r>
    </w:p>
    <w:p>
      <w:r>
        <w:t>Súd: Krajský súd Bratislava Spisová značka: 5S/115/2016 Identifikačné číslo súdneho spisu: 1016201002 Dátum vydania rozhodnutia: 04. 07. 2017 Meno a priezvisko sudcu, VSÚ: JUDr. Viera Šebestová ECLI: ECLI:SK:KSBA:2017:1016201002.1 Rozhodnutie Krajský súd v Bratislave v senáte zloženom z predsedníčky senátu JUDr. Viery Šebestovej a členiek senátu JUDr. Dáši Filovej a JUDr. Otílie Belavej, v právnej veci žalobkyne: U.. D. P. X., bytom O. XX, XXX XX W., proti žalovanému: Sociálna poisťovňa, ústredie, Ul. 29. augusta č. 8 a 10, 813 63 Bratislava, o preskúmanie zákonnosti rozhodnutia žalovanej č. 37648-2/2016-BA zo dňa 27.05.2016, takto r o z h o d o l : Krajský súd v Bratislave žalobu z a m i e t a . Žalobkyni voči žalovanému nepriznáva nárok na náhradu trov konania. o d ô v o d n e n i e : I. 1. Úrad práce, sociálnych vecí a rodiny Bratislava zaradil žalobkyňu do evidencie uchádzačov o zamestnanie odo dňa 08.02.2016. 2. Dňa 07.03.2016 žalobkyňa podala žiadosť o dávku v nezamestnanosti v Sociálnej poisťovni, pobočka Bratislava. 3. Prvostupňovým rozhodnutím č. 8632/2016-BAM-DvN zo dňa 31.03.2016 žalobkyni nebol priznaný nárok na dávku v nezamestnanosti podľa § 104 ods. 1 a 2 zákona č. 461/2003 Z. z. o sociálnom poistení v znení neskorších predpisov. Celkovou dobou poistenia v nezamestnanosti 7 dní nesplnila žalobkyňa podmienku nároku na dávku v nezamestnanosti podľa § 104 ods. 2 zákona č. 461/2003 Z.z. 4. Na základe včas podaného odvolania žalovaný rozhodnutím č. 37648-2/2016-BA zo dňa 27.05.2016 odvolanie žalobkyne zamietol a potvrdil prvostupňové rozhodnutie č. 8632/2016-BAM-DvN zo dňa 31.03.2016. 5. V odôvodnení žalobou napadnutého rozhodnutia žalovaný uviedol, že podľa údajov v informačnom systéme Sociálnej poisťovne žalobkyňa bola zamestnancom Krajského súdu v Trnave, v období od 01.07.1998 do 31.08.2015, v pracovnom pomere na neurčitý čas a vykonávala funkciu sudcu. Žalobkyňa v posledných troch rokoch pred zaradením do evidencie uchádzačov o zamestnanie, t.j. v období od 08.02.2013 do 07.02.2016 preukázala dobu poistenia v nezamestnanosti od 01.02.2016 do 07.02.2016 (t.j. 7 dní) u zamestnávateľa Ministerstvo vnútra SR, v pracovnom pomere na dobu určitú. S poukazom na ust. § 19 ods. 3, písm. a/, § 104 ods. 1 a 2, § 128 ods. 10 zákona č. 461/2003 Z.z. , § 102 ods. 1, 2 zákona č. 385/2000 Z. z. o sudcoch a prísediacich a o zmene a doplnení niektorých zákonov argumentoval, že žalobkyňa nemá postavenie poistenca podľa § 6 ods. 1 zákona č. 461/2003 Z.z. a na základe uvedeného je vylúčená z osobného rozsahu poistenia v nezamestnanosti. Dospel k záveru, že odvolanie žalobkyne nie je dôvodné, pretože žalobkyňa nepreukázala potrebnú dobu poistenia v nezamestnanosti na vznik nároku na dávku v nezamestnanosti v súlade s platným právnym stavom. II. 6. Žalobkyňa žalobou doručenou súdu dňa 10.06.2016 sa domáhala preskúmania zákonnosti rozhodnutia žalovaného č. 37648-2/2016-BA zo dňa 27.05.2016, ktorým zamietol odvolanie žalobkyne a potvrdil prvostupňové rozhodnutie č. 8632/2016-BAM-DvN zo dňa 31.03.2016. 7. Nezákonnosť rozhodnutia a postupu žalovaného vidí žalobkyňa v tom, že rozhodnutie žalovaného vychádza z nesprávneho právneho posúdenia, pretože zákon č. 461/2003 Z.z. sa na sudcov vzťahuje, pričom sociálnym poistením podľa tohto zákona je aj poistenie v nezamestnanosti, ktoré povinné poistenie v nezamestnanosti je splnené v prípade ak fyzická osoba - zamestnanec je povinne poistená nemocensky, o ktorú situáciu ide aj v jej prípade. 8. Žalobkyňa uviedla, keďže zákon č. 461/2003 Z.z. sudcom - zamestnancom pre potreby tohto zákona, a rovnako ani ich osobnému úradu - zamestnávateľovi pre potreby zákona č. 461/2003 Z.z. neukladá povinnosť platiť poistné v nezamestnanosti, nemožno pri prisúdení nároku na dávku v nezamestnanosti vyžadovať splnenie povinnosti platiť poistné v nezamestnanosti a vyvodzovať záver o žiadnom poistnom období vzhľadom na to, že zákon č. 461/2003 Z.z. sudcov a ich osobný úrad vyňal spod tejto povinnosti. Podľa ust. § 1 ods. 3 zákona č. 461/2003 Z.z. je negatívnym spôsobom vymedzená kategória zamestnancov, ktorá je vyňatá zo zákona č. 461/2003 Z.z. a keďže absentuje v ňom vyňatie kategórie sudcov zo zákona č. 461/2003 Z.z. z dôvodu úpravy ich sociálneho zabezpečenia individuálnym zákonom, z uvedeného má za to, že zákon č. 461/2003 Z.z. sa na sudcov vzťahuje. 9. S poukazom na ust. § 1 ods. 3, § 2 písm. e/, § 3 ods. 1 písm. a/ § 4 ods. 1, § 6 ods. 1, 3, § 19 ods. 1 a § 104 ods. 1, 2 zákona č. 461/2003 Z.z. žalobkyňa bola názoru, že aj sudca je povinne poistený v nezamestnanosti a má preto rovnaké práva pri výkone sociálneho poistenia ako ktorýkoľvek iný poistenec, t. j. má aj nárok na dávku v nezamestnanosti. Zákon č. 461/2003 Z.z. viaže povinné poistenie v nezamestnanosti na povinné nemocenské poistenie, ktoré sa na kategóriu zamestnancov - sudcov vzťahuje, t. j. keďže sudca je povinne nemocensky poistený, je zároveň povinne poistený aj v nezamestnanosti. Žalobkyňa uviedla, že z hľadiska výkladu zákona č. 461/2003 Z.z., tento vo svojich ustanoveniach rozlišuje pojem poistenie v nezamestnanosti a platenie poistného. Osobitným predpisom, na ktorý zákon č. 461/2003 Z.z. odkazuje, je príkladmo zákon č. 154/2001 Z. z. o prokurátoroch a právnych čakateľoch prokuratúry, ale je ním tiež zákon č. 385/2000 Z. z., ktorý sa vzťahuje na kategóriu sudcov. 10. Žalobkyňa v zmysle § 128 ods. 10 písm. a) a b) zákona č. 461/2003 Z.z. a § 102 ods. 1 a 2 zákona č. 385/2000 Z.z. má za to, že sudca - zamestnanec a osobný úrad - zamestnávateľ sú zákonnými výnimkami, ktoré neplatia poistné v nezamestnanosti, s ktorými počíta samotný zákon č. 461/2003 Z.z. Zákon o sociálnom poistení nespája však, podľa jej názoru, s neplatením poistného následok, ktorým je orgánom verejnej správy tvrdené nepoistenie sudcu v nezamestnanosti. 11. Žalobkyňa ďalej uviedla, že nemožno od nej vyžadovať povinnosť platiť poistné v nezamestnanosti a vyvodzovať z uvedenej situácie záver o jej nepoistení v nezamestnanosti s následkom nepriznania dávky v nezamestnanosti, keď samotný zákon č. 461/2003 Z.z. jej uvedenú povinnosť ako predpoklad poistenia v nezamestnanosti, neukladal. Keďže žalobkyňa je poistenou v nezamestnanosti, patrí jej rovnaký nárok ako ostatným poistencom po splnení aj požiadavky evidencie uchádzačky o zamestnanie, ktorou je dávka v nezamestnanosti. Opačný záver by bol v rozpore so zásadou rovnakého zaobchádzania pri výkone sociálneho poistenia. Žalobkyňa ďalej namietala, že žalovaný neuviedol v rozhodnutí subjekt a zákonnú úpravu aplikovateľnú na zabezpečenie jej straty príjmu z činnosti zamestnanca, na účely zákona č. 461/2003 Z.z. v dôsledku nezamestnanosti. 12. Vzhľadom na vyššie uvedené, žalobkyňa navrhla, aby súd zmenil rozhodnutie žalovaného tak, že žalobkyňa má nárok na dávku v nezamestnanosti v maximálnej výške 56,4165 eura denne od 08.02.2016 po dobu podporného obdobia šesť mesiacov, alternatívne navrhla rozhodnutie žalovaného zrušiť a vec vrátiť žalovanému na ďalšie konanie. III. 13. Žalovaný vo vyjadrení doručenom súdu dňa 12.08.2016 uviedol, že žalobkyňa v posledných troch rokoch pred zaradením do evidencie uchádzačov o zamestnanie, t. j. v období od 08.02.2013 do 07.02.2016 preukázala nasledovnú dobu poistenia v nezamestnanosti: od 01.02.2016 do 07.02.2016 (t.j. 7 dní) u zamestnávateľa Ministerstvo vnútra SR, v pracovnom pomere na dobu určitú. Celkovou dobou poistenia v nezamestnanosti v počte 7 dní žalobkyňa nesplnila podmienku na dávku v nezamestnanosti podľa § 104 ods. 1 zákona č. 461/2003 Z.z. V zmysle § 104 ods. 1 zákona č. 461/2003 Z.z. na vznik nároku na dávku v nezamestnanosti sa vyžaduje doba poistenia v nezamestnanosti najmenej 730 dní. Preukázaním 7 dní poistenia v nezamestnanosti v pracovnom pomere na určitú dobu v posledných štyroch rokoch pred zaradením do evidencie uchádzačov o zamestnanie (od 08.02.2012 do 07.02.2016) žalobkyňa nesplnila ani podmienku nároku na dávku v nezamestnanosti podľa § 104 ods. 2 pís. a/ zákona č. 461/2003 Z.z. 14. Podľa údajov v informačnom systéme Sociálnej poisťovne bola žalobkyňa v období od 01.07.1998 do 31.08.2015 zamestnancom Krajského súdu v Trnave v pracovnom pomere na neurčitý čas a vykonávala funkciu sudcu a v období od 01.02.2016 do 07.2016 bola zamestnankyňou Ministerstva vnútra SR v pracovnom pomere na dobu určitú. 15. Žalovaný uviedol, že v zmysle § 19 ods. 3 písm. a) zákona č. 461/2003 Z.z. poistenie v nezamestnanosti sa nevzťahuje na zamestnanca podľa osobitného predpisu. Za osobitný predpis sa na účely aplikácie tohto ustanovenia považuje „napríklad zákon č. 154/2001 Z. z.“ o prokurátoroch a právnych čakateľoch prokuratúry, na ktorý odkazom č. 42 v citovanom ustanovení zákon č. 461/2003 Z.z. doslovne odkazuje. Zákonodarca citovaným termínom „napríklad“ predpokladá väčší počet týchto osobitných právnych predpisov a demonštratívne je uvádzaný len zákon č. 154/2001 Z. z. o prokurátoroch a právnych čakateľoch prokuratúry. 16. Žalovaný konštatoval, že v zmysle § 143 ods. 3 zákona č. 154/2001 Z. z. prokurátor nie je platiteľom príspevku na poistenie v nezamestnanosti, za prokurátora služobný úrad neplatí príspevok na poistenie v nezamestnanosti. Zastával názor, že identická právna úprava v tejto veci je obsiahnutá v zákone č. 385/2000 Z. z. s tým, že v zmysle § 102 ods. 2 zákona č. 385/2000 Z.z. sudca neplatí príspevok na poistenie v nezamestnanosti a za sudcu osobný úrad sudcu neplatí príspevok na poistenie v nezamestnanosti. 17. Z uvedeného právneho stavu a v nadväznosti na demonštratívny výpočet osobitných predpisov na účely aplikácie § 19 ods. 3 písm. a) zákona č. 461/2003 Z.z. žalovaný analogicky usúdil, že zákon č. 385/2000 Z. z je takisto osobitným predpisom, na ktorý odkazuje § 19 ods. 3 písm. a) zákona č. 461/2003 Z.z. Sudcov je preto potrebné obdobne ako prokurátorov považovať za osoby, na ktoré sa poistenie v nezamestnanosti nevzťahuje. 18. Žalovaný preto nemôže súhlasiť s výkladom prezentovaným žalobkyňou v žalobe, podľa ktorého je sudca na účely poistenia v nezamestnanosti zamestnanom, ktorý však nie je povinný platiť poistné na poistenie v nezamestnanosti. 19. Poukázal na to, že žalobkyňa, ktorá na Krajskom súde v Trnave vykonávala funkciu sudcu nebola v zmysle § 19 ods. 3 písm. a) zákona č. 461/2003 Z.z. v spojení s § 102 ods. 2 zákona č. 385/2000 Z. z. poistená v nezamestnanosti, nebola povinná platiť príspevok na poistenie v nezamestnanosti a ani osobný úrad sudcu za ňu neplatil príspevok na poistenie v nezamestnanosti. V prípade žalobkyne je možné zohľadniť len 7 dní povinného poistenia v nezamestnanosti u zamestnávateľa Ministerstvo vnútra SR. Žalovaný uviedol, že žalobkyňa nemá postavenie poistenca podľa § 6 ods. 1 zákona č. 461/2003 Z.z. a na základe § 19 ods. 3 písm. a) uvedeného zákona je vylúčená z osobného rozsahu poistenia v nezamestnanosti. S poukazom na tieto skutočnosti žalovaný navrhol, aby Krajský súd v Bratislave žalobu zamietol podľa § 190 SSP. IV. 20. Krajský súd v Bratislave ako súd vecne a miestne príslušný na konanie vo veci podľa § 10, § 13 ods. 1 SSP vec prejednal na nariadenom pojednávaní podľa§ 107 ods. 1 SSP a dospel k záveru, že žaloba nie je dôvodná. 21. Dňa 1. júla 2016 nadobudol účinnosť zákon č. 162/2015 Z. z. Správny súdny poriadok (ďalej iba SSP). 22. Podľa § 491 ods. 1 SSP, ak nie je ďalej ustanovené inak, platí tento zákon aj na konania začaté podľa piatej časti Občianskeho súdneho poriadku predo dňom nadobudnutia jeho účinnosti. 23. Podľa § 2 ods. 1 SSP, v správnom súdnictve poskytuje správny súd ochranu právam alebo právom chráneným záujmom fyzickej osoby a právnickej osoby v oblasti verejnej správy a rozhoduje v ďalších veciach ustanovených týmto zákonom. 24.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25.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26.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27. Podľa § 6 ods. 1 zákona č. 461/2003 Z. z., poistenec podľa tohto zákona je fyzická osoba, ktorá je nemocensky poistená, dôchodkovo poistená alebo poistená v nezamestnanosti podľa tohto zákona. 28. Podľa § 19 ods. 1 zákona č. 461/2003 Z. z. o sociálnom poistení, povinne poistený v nezamestnanosti je zamestnanec, ktorý je povinne nemocensky poistený, ak tento zákon neustanovuje inak. 29. Podľa § 19 ods. 3 písm. a) zákona č. 461/2003 Z. z., poistenie v nezamestnanosti sa nevzťahuje na zamestnanca podľa osobitného predpisu, na obvineného vo väzbe a na odsúdeného vo výkone trestu odňatia slobody. 30. Podľa § 104 ods. 1 zákona č. 461/2003 Z.z., poistenec má nárok na dávku v nezamestnanosti, ak v posledných troch rokoch pred zaradením do evidencie nezamestnaných občanov hľadajúcich zamestnanie (ďalej len „evidencia nezamestnaných občanov“) bol poistený v nezamestnanosti najmenej dva roky, ak tento zákon neustanovuje inak. 31. Podľa § 104 ods. 2 zákona č. 461/2003 Z.z., poistenec po skončení výkonu činnosti zamestnanca v pracovnom pomere na určitú dobu bol zaradený do evidencie nezamestnaných občanov, má nárok na dávku v nezamestnanosti, ak v posledných štyroch rokoch pred zaradením do evidencie nezamestnaných občanov a/ bol poistený v nezamestnanosti z výkonu činnosti zamestnanca v pracovnom pomere na určitú dobu alebo bol dobrovoľne poistený v nezamestnanosti najmenej dva roky a b/ nebol povinne poistený v nezamestnanosti z iného výkonu činnosti zamestnanca. 32. Podľa § 128 ods. 10 zákona č. 461/2003 Z.z., poistné na poistenie v nezamestnanosti platí a/ zamestnanec, ak osobitný predpis42/ neustanovuje inak, b/ zamestnávateľ, ak osobitný predpis42/ neustanovuje inak, c/ dobrovoľne poistená osoba v nezamestnanosti. 33. Podľa § 102 ods. 1 zákona č. 385/2000 Z. z. o sudcoch a prísediacich a o zmene a doplnení niektorých zákonov, na účely zdravotného poistenia, nemocenského poistenia a dôchodkového poistenia sa sudca posudzuje ako zamestnanec; osobný úrad sudcu sa posudzuje ako zamestnávateľ. 34. Podľa § 102 ods. 2 zákona č. 385/2000 Z. z., sudca neplatí príspevok na poistenie v nezamestnanosti. Za sudcu osobný úrad sudcu neplatí príspevok na poistenie v nezamestnanosti. 35. Krajský súd po preskúmaní žalobou napadnutých rozhodnutí ako aj konania, ktoré vydaniu rozhodnutí predchádzalo v intenciách námietok vznesených žalobkyňou dospel k záveru o zákonnosti žalobou napadnutých rozhodnutí. 36. Primárnym v danej veci bolo posúdenie, či žalobkyňa, ktorá bola zamestnancom Krajského súdu v Trnave, v období od 01.07.1998 do 31.08.2015, v pracovnom pomere na neurčitý čas a vykonávala funkciu sudcu a od 01.02.2016 do 07.02.2016 u zamestnávateľa Ministerstvo vnútra SR v pracovnom pomere na určitú dobu, spĺňa podmienky pre uplatnenie nároku na dávku v nezamestnanosti. 37. Zákon o sociálnom poistení upravuje jednak osobný rozsah sociálneho poistenia, t. j. vymedzuje okruh subjektov, ktorý podlieha právnej úprave sociálneho poistenia a taktiež vecný rozsah sociálneho poistenia, t. j. upravuje podmienky nároku na jednotlivé druhy dávok sociálneho poistenia a právny režim ich poskytovania. 38. Poistenie v nezamestnanosti je samostatným systémom sociálneho poistenia a zákon č. 461/2003 Z.z. ho definuje ako poistenie pre prípad straty príjmu z činnosti zamestnanca, ku ktorej došlo z dôvodu nezamestnanosti a na zabezpečenie príjmu v dôsledku nezamestnanosti pre fyzické osoby, ktoré nevykonávajú činnosť zamestnanca, ale podliehajú poisteniu v nezamestnanosti. 39. Z dikcie § 6 ods. 1 zákona č. 461/2003 Z.z., ktorý je zaradený vo všeobecných pojmoch zákona č. 461/2003 Z.z. vyplýva, že poistenec podľa tohto zákona je fyzická osoba, ktorá je nemocensky poistená, dôchodkovo poistená alebo poistená v nezamestnanosti podľa zákona č. 461/2003 Z. z. Ustanovenie § 19 ods. 1 zákona č. 461/2003 Z.z., ktorý upravuje už osobný rozsah poistenia v nezamestnanosti v nadväznosti na ust. § 6 ods. 1 stanovuje, že povinne poistený v nezamestnanosti je zamestnanec, ktorý je nemocensky poistený, ak tento zákon neustanovuje inak. To znamená, že nie automaticky, kto je nemocensky poistený, je poisteným aj v nezamestnanosti. V ust. § 19 ods. 3 zákona č. 461/2003 Z.z. sa explicitne uvádza, že poistenie v nezamestnanosti sa nevzťahuje na zamestnanca podľa osobitného predpisu. 40. Pokiaľ ide o posúdenie otázky, čo možno v danom prípade považovať za osobitný predpis, správny súd sa plne stotožnil s argumentáciou žalovaného, ktorý uviedol, že na účely aplikácie tohto ustanovenia sa považuje „napríklad zákon č. 154/2001 Z. z.“ o prokurátoroch a právnych čakateľoch prokuratúry, na ktorý odkazom č. 42 v citovanom ustanovení zákon č. 461/2003 Z.z. doslovne odkazuje s tým, že zákonodarca citovaným termínom „napríklad“ predpokladá väčší počet týchto osobitných právnych predpisov a demonštratívne je uvádzaný len zákon č. 154/2001 Z. z. A teda možno povedať, že identická právna úprava v tejto veci je obsiahnutá v zákone č. 385/2000 Z. z. o sudcoch a prísediacich a v zmysle zákona č. 154/2001 Z. z. o prokurátoroch a právnych čakateľoch prokuratúry. 41. Potom na základe logického výkladu zákona č. 461/2003 Z.z. možno uzavrieť, že poistenie v nezamestnanosti sa nevzťahuje na sudcu ako zamestnanca podľa osobitného predpisu a preto nemožno ani vychádzať z aplikácie § 6 ods. 1 aj na kategóriu sudcov v spojení s § 19 ods. 1 a ods. 3 zákona o sociálnom poistení. 42. Rovnaký záver vyplýva aj z § 102 ods. 1 zákona č. 385/2000 Z.z., pretože tento hovorí, že sudca sa posudzuje ako zamestnanec a osobný úrad sudcu ako zamestnávateľ s tým, že vymenúva jednotlivé účely poistenia a to zdravotného poistenia, nemocenského poistenia a dôchodkového poistenia, ale nie však poistenia v nezamestnanosti. 43. Možno preto súhlasiť s argumentáciou žalovaného, že žalobkyňa nemá postavenie poistenca podľa § 6 ods. 1 zákona č. 461/2003 Z.z. a rovnako je vylúčená z osobného rozsahu poistenia v nezamestnanosti. Treba povedať, že dávka v nezamestnanosti je dávka, ktorá je po splnení zákonných podmienok vyplácaná zo základného fondu poistenia v nezamestnanosti a ktorá slúži na zabezpečenie príjmu poistenca v dôsledku nezamestnanosti. Nárok na dávku v nezamestnanosti má uchádzač o zamestnanie, ktorý splnil podmienky nároku na dávku. Ako bolo už vyššie konštatované, poistenie v nezamestnanosti sa však na sudcov ako zamestnancov podľa osobitného predpisu, zákona č. 385/2000 Z. z. nevzťahuje. 44. Vo vzťahu k námietke žalobkyne, že aj sudca je povinne poistený v nezamestnanosti, keďže je povinne nemocensky poistený je zároveň povinne poistený aj v nezamestnanosti vzhľadom na vyššie uvedené dôvody súdu nebolo možné súhlasiť. Z ust. § 19 ods. 1 zákona č. 461/2003 Z.z. jednoznačne vyplýva, že povinne poistený v nezamestnanosti je zamestnanec, ktorý je nemocensky poistený, ak tento zákon neustanovuje inak a následne ustanovenie § 19 ods. 3 zákona č. 461/2003 Z.z. explicitne uvádza, že poistenie v nezamestnanosti sa nevzťahuje na zamestnanca podľa osobitného predpisu, za ktorý sa nesporne považuje aj zákon o sudcoch a prísediacich. 45. Žalobkyňa ďalej namietala, že sudcom - zamestnancom pre potreby zákona o sociálnom poistení, a rovnako ani ich osobnému úradu - zamestnávateľovi pre potreby zákona o sociálnom poistení neukladá povinnosť platiť poistné v nezamestnanosti, nemožno pri prisúdení nároku na dávku v nezamestnanosti vyžadovať splnenie povinnosti platiť poistné v nezamestnanosti a vyvodzovať záver o žiadnom poistnom období vzhľadom na to, že zákon č. 461/2003 Z.z. sudcov a ich osobný úrad vyňal spod tejto povinnosti. Súd s týmto právnym názorom žalobkyne nemohol súhlasiť, pretože z ustanovenia § 102 zákona č. 385/2000 Z. z. jednoznačne vyplýva, že tento v odseku 1 vymenúva jednotlivé účely poistenia - zdravotného poistenia, nemocenského poistenia a dôchodkového poistenia, pre ktoré sa sudca posudzuje ako zamestnanec a osobný úrad sudcu ako zamestnávateľ, ale účel - poistenie v nezamestnanosti v tomto citovanom ustanovení zákona sa nenachádza. Následne v § 102 ods. 2 je uvedené, že sudca neplatí príspevok na poistenie v nezamestnanosti a za sudcu osobný úrad sudcu neplatí príspevok na poistenie v nezamestnanosti. Súd má za to, že sudca je z poistenia v nezamestnanosti vyňatý a v nadväznosti na túto skutočnosť potom sudca nemá ani povinnosť platiť príspevok na poistenie v nezamestnanosti a ani osobný úrad za sudcu túto povinnosť nemá. 46. V súvislosti s námietkou žalobkyne, že žalovaný v rozhodnutí neuviedol subjekt a zákonnú úpravu aplikovateľnú na zabezpečenie jej straty príjmu z činnosti zamestnanca na účely zákona č. 461/2003 Z.z. v dôsledku nezamestnanosti súd uvádza, že zákon takúto povinnosť žalovanému neukladá a teda nemožno v tomto smere hovoriť, že rozhodnutie nie je súladné so zákonom. 47. Žalobkyňa tvrdila, že je ukrátená na svojich právach, pretože dávka v nezamestnanosti jej prináleží rovnako ako iným poistencom v súlade so zásadou rovnakého zaobchádzania v zmysle antidiskriminačného zákona. 48. Podľa názoru súdu o diskriminácii žalobkyne v zmysle § 6 ods. 3 č. 461/2003 Z.z. v spojení so zákonom č. 365/20004 Z. z. o rovnakom zaobchádzaní v niektorých oblastiach a o ochrane pred diskrimináciou a o zmene a doplnení niektorých zákonov (antidiskriminačný zákon) by bolo možné hovoriť len vtedy, ak by bola posudzovaná odlišne a menej priaznivo ako iná osoba z dôvodu uvedeného v zákone, k čomu v danom prípade nedošlo, pretože antidiskriminačný zákon, kritérium povolania - výkon funkcie sudcu, nepovažuje za diskriminačný dôvod. 49. Súd s poukazom na vyššie uvedené konštatovanie zastáva názor, že zákonodarca v oblasti sociálneho zabezpečenia sudcov výslovne vylúčil sudcov ako zamestnancov z poistenia v nezamestnanosti. Pre splnenie priznania poistenia v nezamestnanosti z dôvodu nezamestnanosti, ako bolo už povedané, musí byť jednak splnená podmienka, že fyzická osoba už nevykonáva činnosť zamestnanca a zároveň podlieha poisteniu v nezamestnanosti, pričom táto druhá podmienka v prípade žalobkyne splnená nebola. 50. Krajský súd v Bratislave preto dospel k záveru o zákonnosti žalobou napadnutého rozhodnutia a žalobu s poukazom na § 190 SSP zamietol. 51. O náhrade trov konania súd rozhodol podľa § 167 ods. 1 SSP tak, že žalobkyni voči žalovanému náhradu trov konania pre jej neúspech v konaní nepriznal. 52. Toto rozhodnutie prijal senát Krajského súdu v Bratislave v pomere hlasov 3 : 0 (§ 3 ods. 9 veta tretia zákona č. 757/2004 Z. z.).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https://www.kauzis.sk/judikatura/r/ECLI:SK:KSBA:2017:1016201002.1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