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10Sd/83/2016 z 14. 8. 2017</w:t>
      </w:r>
    </w:p>
    <w:p>
      <w:r>
        <w:t>Rozsudok Krajského súdu Bratislava z 14. augusta 2017, sp. zn. 10Sd/83/2016, ECLI:SK:KSBA:2017:1016201047.2</w:t>
      </w:r>
    </w:p>
    <w:p>
      <w:r>
        <w:t>Súd: Krajský súd Bratislava</w:t>
      </w:r>
    </w:p>
    <w:p>
      <w:r>
        <w:t>Spisová značka: 10Sd/83/2016</w:t>
      </w:r>
    </w:p>
    <w:p>
      <w:r>
        <w:t>ECLI: ECLI:SK:KSBA:2017:1016201047.2</w:t>
      </w:r>
    </w:p>
    <w:p>
      <w:r>
        <w:t>Dátum vydania: 14. 8. 2017</w:t>
      </w:r>
    </w:p>
    <w:p>
      <w:r>
        <w:t>Forma: Rozsudok</w:t>
      </w:r>
    </w:p>
    <w:p>
      <w:r>
        <w:t>Oblasť práva: Správne právo</w:t>
      </w:r>
    </w:p>
    <w:p>
      <w:pPr>
        <w:pStyle w:val="Heading2"/>
      </w:pPr>
      <w:r>
        <w:t>Text rozhodnutia</w:t>
      </w:r>
    </w:p>
    <w:p>
      <w:r>
        <w:t>Súd: Krajský súd Bratislava Spisová značka: 10Sd/83/2016 Identifikačné číslo súdneho spisu: 1016201047 Dátum vydania rozhodnutia: 15. 08. 2017 Meno a priezvisko sudcu, VSÚ: JUDr. Beata Jurgošová ECLI: ECLI:SK:KSBA:2017:1016201047.2 ROZSUDOK V MENE SLOVENSKEJ REPUBLIKY Krajský súd v Bratislave sudkyňou JUDr. Beátou Jurgošovou v právnej veci navrhovateľa Š. N., bytom R. XX/X, Dubová proti odporkyni Sociálnej poisťovni ústredie v Bratislave, Ul. 29. augusta č. 8-10, Bratislava, o výšku invalidného dôchodku, takto r o z h o d o l : Súd rozhodnutie odporkyne číslo XXX XXX XXXX X - I.. zo dňa 18. 05.2016 potvrdzuje. Účastníkom náhradu trov konania nepriznáva. o d ô v o d n e n i e : Rozhodnutím číslo XXX XXX XXXX 0 zo dňa 14. septembra 2015 odporkyňa podľa § 70 ods. 1 a § 82 zákona č. 461/2003 Z.z. o sociálnom poistení v znení neskorších predpisov navrhovateľovi od 10. júna 2015 priznala invalidný dôchodok v sume 263,80 eur mesačne. Rozhodnutím číslo XXX XXX XXXX 0 - I. zo dňa 4.5.2016 odporkyňa podľa § 112 zákona č. 461/2003 Z.z. o sociálnom poistení v znení neskorších predpisov zrušila rozhodnutie Sociálnej poisťovne, ústredie, č. XXX XXX XXXX 0 zo dňa 14. septembra 2015 o priznaní invalidného dôchodku, rozhodnutie č. XXX XXX XXXX 0 zo dňa 3. decembra 2015 o zvýšení invalidného dôchodku od 1. januára 2016 a súčasne vyhovela v celom rozsahu opravnému prostriedku navrhovateľa. Rozhodnutím číslo XXX XXX XXXX 0-II. zo dňa 18.5.2016 odporkyňa podľa § 70 ods. 1 a § 82 zákona č. 461/2003 Z. z. o sociálnom poistení v znení neskorších predpisov priznala navrhovateľovi od 10. júna 2015 invalidný dôchodok v sume 271,30 eur mesačne. Nárok na invalidný dôchodok navrhovateľovi vznikol 23. októbra 2014. Invalidný dôchodok podľa § 80 zákona č. 461/2003 Z.z. v znení neskorších predpisov odporkyňa priznala od 10. júna 2015. Podľa § 82 zákona č. 461/2003 Z. z. o sociálnom poistení v znení neskorších predpisov a § 1 opatrenia Ministerstva práce, sociálnych vecí a rodiny Slovenskej republiky č. 283/2015 Z. z., ktorým sa ustanovuje pevná suma zvýšenia dôchodkovej dávky a percento zvýšenia úrazovej renty, navrhovateľovi od 1. januára 2016 zvýšila invalidný dôchodok na sumu 272,30 eur mesačne. Rozhodla tak s odôvodnením, že podľa posudku posudkového lekára sociálneho poistenia Sociálnej poisťovne, ústredie Bratislava zo dňa 19. apríla 2016 navrhovateľ bol uznaný za invalidného, miera poklesu schopnosti vykonávať zárobkovú činnosť u navrhovateľa je 60 %. Navrhovateľ návrhom zo dňa 28.09.2015 žiadal preskúmať rozhodnutie odporkyne. Poukázal na to, že jeho zdravotné ťažkosti trvajú od 27.5.2012. Nesúhlasil so stanovým dátumom vzniku invalidity od 10.06.2015. Vzhľadom na jeho zdravotný stav žiadal o priznanie invalidity tri roky spätne. Krajský súd preskúmal napadnuté rozhodnutie podľa § 250l a nasl. O.s.p., prejednal návrh navrhovateľa a dospel k záveru, že návrh nie je dôvodný. Krajský súd vykonal dokazovanie výsluchom navrhovateľa a odporkyne, posudkom posudkového lekára Sociálnej poisťovne pobočky Bratislava zo dňa 27. júla 2015 a 21. marca 2016, a posudkom posudkového lekára Sociálnej poisťovne ústredie Bratislava zo dňa 19. apríla 2016,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 základe žiadosti navrhovateľa o invalidný dôchodok zdravotný stav a pracovná schopnosť navrhovateľa boli posúdené posudkovým lekárom Sociálnej poisťovne pobočka Bratislava zo dňa 27.7.2015, ktorý uviedol, že navrhovateľ je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je 60 %. Dátum vzniku invalidity určil od 10.06.2015. Súčasne uviedol, že rozhodujúcim zdravotným postihnutím odôvodňujúcim invaliditu je zdravotné postihnutie zaradené do kapitoly XV, oddiel G, položka 41.3, písmeno a. Posudkový lekár Sociálnej poisťovne pobočka Bratislava v posudku zo dňa 21.3.2016 uviedol, že pri pôvodnom posúdení ortopedické vyšetrenia dokumentovali v rokoch 2014 a 2015 artrózu oboch bedrových kĺbov, podľa RTG vyšetrenia na úrovni III. stupňa poškodenia, s rozsahom pohyblivosti ťažkého stupňa vpravo, po operačnej liečbe (50%), z pridružených zdravotných postihnutí bola dokumentovaná esenciálna hypertenzia, cukrovka závislá od inzulínu, s chronickými diabetickými komplikáciami (zvýšenie o 10 %).V rámci konania o opravnom prostriedku bolo akceptované zdravotné postihnutie - cukrovka závislá od inzulínu s chronickými diabetickými komplikáciami vo forme polyneuropatie podľa diabetologického vyšetrenia z 23.10.2014, ale keďže v danom období bol navrhovateľ práceneschopný a bol poberateľom nemocenských dávok, nie je možné vyhovenie posudzovanému pre cukrovku s nervovými komplikáciami, dátum vzniku invalidity je naďalej od 10.6.2015 s mierou poklesu 60 %, po uplynutí podporného obdobia. Invalidita vznikla od 10.6.2015 mimo podporného obdobia na základe diabetologického vyšetrenia, preto nie je možno vyhovieť žiadosti posudzovanej osoby o priznanie invalidity od 27.5.2012 pre absenciu takých odborných lekárskych nálezov, ktoré by v požadovanom období umožňovali určiť mieru poklesu schopnosti vykonávať zárobkovú činnosť o viac ako 40 % v porovnaní so zdravou fyzickou osobou. Dosiahnutý fyzický vek posudzovaného s prihliadnutím na priebeh, stupeň a formu invalidizujúceho zdravotného postihnutia pri určenej miere poklesu schopnosti vykonávať zárobkovú činnosť, nepodmieňuje potrebu vykonania kontrolnej lekárskej prehliadky v ďalšom období pre invalidizujúce a pridružené zdravotné postihnutia. Navrhovateľ je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je 60 %. Posudkový lekár Sociálnej poisťovne ústredie Bratislava v posudku zo dňa 19. apríla 2016, konštatoval, že určenie rozhodujúceho zdravotného postihnutia a MPSVZČ bolo správne. Cukrovka síce nie je celkom uspokojivo vyrovnaná, ale komplikácie tohto ochorenia (diabetická polyneuropatia a retinopatia) nie sú klinicky významné a neovplyvňujú pracovnú schopnosť žiadateľa. Navyše ochorenie psoriázou nie je dokumentované žiadnym odborným dermatologickým nálezom, taktiež nedoložil žiadne očné vyšetrenie dokumentujúce poškodenie sietnice očí. Najstarším doloženým odborným lekárskym nálezom je diabetologické vyšetrenie zo dňa 23.10.2014, všetky odborné lekárske vyšetrenia sú z neskoršieho obdobia, preto nie je možné určiť dátum vzniku invalidity na skorší dátum. Určil, že rozhodujúcim zdravotným postihnutím u navrhovateľa sú endokrinné choroby, poruchy výživy a premeny látok, cukrovka, ťažko kompenzovateľná, s opakovanými stavmi kolísania hodnôt glykémie a diabetických komplikáciami (chronické komplikácie cukrovky, angiopatia, neuropatia, diabetická noha), (Kapitola IV, položka 1.c), prílohy č. 4 zákona č. 461/2003 Z.z. o sociálnom poistení), kde mieru poklesu schopnosti vykonávať zárobkovú činnosť stanovil na 50 %. Pre iné zdravotné postihnutie zvýšil percentuálnu mieru o 10 %, takže celková miera poklesu schopnosti vykonávať zárobkovú činnosť je 60%. Dátum vzniku invalidity stanovil od 23.10.2014, kedy bolo dokumentované rozhodujúce zdravotné postihnutie odborným nálezom diabetológa. Navrhovateľ je invalidný podľa § 71 ods. 1 zákona č. 461/2003 Z.z. o sociálnom zabezpečení. Navrhovateľ na pojednávaní dňa 15.8.2017 uviedol, že trvá na návrhu v plnom rozsahu a žiada priznať invalidný dôchodok 3 roky spätne.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zohľadnili všetky navrhovateľom uvádzané ťažkosti a vysporiadali sa s lekárskymi nálezmi navrhovateľa a konštatovali, že rozhodujúcim zdravotným postihnutím sú endokrinické choroby, poruchy výživy a premeny látok, cukrovka, ťažko kompenzovaná, s opakovanými stavmi kolísania hodnôt glykémie a diabetickými komplikáciami (chronické komplikácie cukrovky, angiopatia, neuropatia, diabetická noha), (kapitola IV, položka 1.c) prílohy č. 4 zákona č. 461/2003 Z.z. o sociálnom poistení v znení neskorších predpisov), kde mieru poklesu schopnosti vykonávať zárobkovú činnosť stanovili na 50 %. Na ostatné ochorenia bola MPSVZČ zvýšená o ďalších 10 %, teda celková miera poklesu schopnosti vykonávať zárobkovú činnosť je 60 %. K dátumu vzniku invalidity, je potrebné uviesť, že najstarším doloženým odborným lekárskym nálezom je diabetologické vyšetrenie zo dňa 23.10.2014, všetky odborné lekárske vyšetrenia sú z neskoršieho obdobia, a preto nie je možné určiť dátum vzniku invalidity na skorší dátum. Dátum vzniku invalidity bol určený na deň 23.10.2014, kedy bolo dokumentované rozhodujúce zdravotné postihnutie odborným nálezom diabetológa. Invalidný dôchodok bol podľa § 80 zákona č. 461/2003 Z.z. o sociálnom poistení v znení neskorších predpisov navrhovateľovi priznaný až od zastavenia výplaty náhrady príjmu pri dočasnej pracovnej neschopnosti zamestnanca alebo nemocenského priznaného pred vznikom nároku na invalidný dôchodok, t.j. od 10. júna 2015. Žiadosť navrhovateľa o spätné uznanie invalidity 3 roky pred dátumom priznania invalidity z posudkového hľadiska je bezpredmetná, pretože navrhovateľ nezdokladoval žiadne prepúšťacie správy, odborné vyšetrenia, ktoré by potvrdili, že jeho zdravotný stav v uvedenom období bol dlhodobo nepriaznivý a vyžadoval si liečbu. U navrhovateľa vznikla invalidita od 10.6.2015 mimo podporného obdobia na základe diabetologického vyšetrenia, preto nie možné vyhovieť žiadosti navrhovateľa o priznanie invalidity od 27.5.2012 pre absenciu odborných lekárskych nálezov, ktoré by v požadovanom období umožňovali určiť mieru poklesu schopnosti vykonávať zárobkovú činnosť o viac ako 40 % v porovnaní so zdravou fyzickou osobou. Závery posudkov posudkových lekárov sú odborné, presvedčivé, náležite zdôvodnené a súd nezistil rozpor medzi ich závermi a zisteným skutočným stavom. Krajský súd preto z vyššie uvedených dôvodov napadnuté rozhodnutie číslo 560 XXX XXXX 0- II. zo dňa 18.5.2016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https://www.kauzis.sk/judikatura/r/ECLI:SK:KSBA:2017:1016201047.2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