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10Sd/86/2016 z 25. 9. 2017</w:t>
      </w:r>
    </w:p>
    <w:p>
      <w:r>
        <w:t>Uznesenie Krajského súdu Bratislava z 25. septembra 2017, sp. zn. 10Sd/86/2016, ECLI:SK:KSBA:2017:1016201097.2</w:t>
      </w:r>
    </w:p>
    <w:p>
      <w:r>
        <w:t>Súd: Krajský súd Bratislava</w:t>
      </w:r>
    </w:p>
    <w:p>
      <w:r>
        <w:t>Spisová značka: 10Sd/86/2016</w:t>
      </w:r>
    </w:p>
    <w:p>
      <w:r>
        <w:t>ECLI: ECLI:SK:KSBA:2017:1016201097.2</w:t>
      </w:r>
    </w:p>
    <w:p>
      <w:r>
        <w:t>Dátum vydania: 25.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10Sd/86/2016 Identifikačné číslo súdneho spisu: 1016201097 Dátum vydania rozhodnutia: 26. 09. 2017 Meno a priezvisko sudcu, VSÚ: JUDr. Beata Jurgošová ECLI: ECLI:SK:KSBA:2017:1016201097.2 Uznesenie Krajský súd v Bratislave v právnej veci navrhovateľa: X. A., bytom K. XXXX/XX, B., proti odporkyni: Sociálna poisťovňa ústredie, Ul. 29. augusta č. 8, Bratislava, o invalidný dôchodok, takto r o z h o d o l : Súd konanie z a s t a v u j e. Žiaden z účastníkov nemá právo na náhradu trov konania. o d ô v o d n e n i e : Navrhovateľ svojím návrhom žiadal preskúmať rozhodnutie odporkyne číslo XXX XXX XXXX X zo dňa 10.12.2015, ktorým odporkyňa podľa § 70 ods. 1 a § 71 ods. 1 zákona č. 461/2003 Z.z. o sociálnom poistení v znení neskorších predpisov navrhovateľovi zamietla žiadosť o invalidný dôchodok zo dňa 26. novembra 2015. Prehlásením na pojednávaní dňa 26.9.2017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odo dňa jeho doručenia na Krajskom súde v Bratislave.</w:t>
      </w:r>
    </w:p>
    <w:p/>
    <w:p>
      <w:r>
        <w:t>Zdroj: KAUZIS.SK – https://www.kauzis.sk/judikatura/r/ECLI:SK:KSBA:2017:1016201097.2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