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9Sp/59/2016 z 5. 6. 2017</w:t>
      </w:r>
    </w:p>
    <w:p>
      <w:r>
        <w:t>Rozsudok Krajského súdu Bratislava z 5. júna 2017, sp. zn. 9Sp/59/2016, ECLI:SK:KSBA:2017:1016201100.1</w:t>
      </w:r>
    </w:p>
    <w:p>
      <w:r>
        <w:t>Súd: Krajský súd Bratislava</w:t>
      </w:r>
    </w:p>
    <w:p>
      <w:r>
        <w:t>Spisová značka: 9Sp/59/2016</w:t>
      </w:r>
    </w:p>
    <w:p>
      <w:r>
        <w:t>ECLI: ECLI:SK:KSBA:2017:1016201100.1</w:t>
      </w:r>
    </w:p>
    <w:p>
      <w:r>
        <w:t>Dátum vydania: 5. 6. 2017</w:t>
      </w:r>
    </w:p>
    <w:p>
      <w:r>
        <w:t>Forma: Rozsudok</w:t>
      </w:r>
    </w:p>
    <w:p>
      <w:r>
        <w:t>Oblasť práva: Správne právo</w:t>
      </w:r>
    </w:p>
    <w:p>
      <w:pPr>
        <w:pStyle w:val="Heading2"/>
      </w:pPr>
      <w:r>
        <w:t>Text rozhodnutia</w:t>
      </w:r>
    </w:p>
    <w:p>
      <w:r>
        <w:t>Súd: Krajský súd Bratislava Spisová značka: 9Sp/59/2016 Identifikačné číslo súdneho spisu: 1016201100 Dátum vydania rozhodnutia: 06. 06. 2017 Meno a priezvisko sudcu, VSÚ: JUDr. Beata Jurgošová ECLI: ECLI:SK:KSBA:2017:1016201100.1 ROZSUDOK V MENE SLOVENSKEJ REPUBLIKY Krajský súd v Bratislave sudkyňou JUDr. Beátou Jurgošovou v právnej veci navrhovateľa: POHOTOVOSŤ, s.r.o., Pribinova 25, Bratislava proti odporcovi: Okresný úrad Pezinok, katastrálny odbor, Radničné nám. 7, Pezinok za účasti : C.. C. N. K., bytom Q. XXX, Š., o preskúmanie zákonnosti rozhodnutia odporcu zo dňa 14.03.2016, č. V 3985/2014, takto r o z h o d o l : Súd rozhodnutie odporcu č. V 3985/2014 zo dňa 14.03.2016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zamietol návrh na vklad záložného práva do katastra nehnuteľností, na základe Zmluvy o zriadení záložného práva č. 472/2014-PTR uzavretej dňa 01.10.2014 medzi navrhovateľom ako záložným veriteľom a C.. C. N. K. ako záložcom, v zastúpení ProHelp - združenie občianskoprávnej pomoci. Svoje rozhodnutie odôvodnil rozporom uzavretej zmluvy s ustanovením § 37 ods. 1 OZ, keď z vyjadrenia záložcu vyplynulo, že tento úkon nebol urobený vážne, nakoľko záložca prejavom vôle nemienil vyvolať inak s ním spojené právne následky. Dohodu o splnomocnení považoval tiež za rozpornú s § 22 ods. 2 Občianskeho zákonníka, pretože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Dospel k záveru, že splnomocnenec nezastupuje záložcu právne účinným spôsobom, a preto posúdil záložnú zmluvu podpísanú v mene záložcu splnomocnencom za nespôsobilú na povolenie navrhovaného vkladu záložného práva do katastra nehnuteľností.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6. júna 2017 nedostavil, svoju neúčasť na ňom ospravedlnil a súhlasil, aby súd rozhodol v jeho neprítomnosti. Odporca sa nedostavil na pojednávanie. Účastník konania C.. C. N. K. sa nedostavila na pojednávanie, svoju neúčasť ospravedlnila. Podľa § 492 ods. 1 SSP konania podľa tretej hlavy piatej časti Občianskeho súdneho poriadku začaté predo dňom nadobudnutia účinnosti tohto zákona sa dokončia podľa doterajších predpisov.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37 ods. 1 a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ale aj znalostiam súdu z početných konaní navrhovateľa v obdobných prípadoch. Podľa názoru súdu odporca dospel k správnemu záveru i o tom, že zástupca ProHelp, o.z. (teraz: DSS Nestor o.z., Stred 449, 027 05 Zázrivá)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https://www.kauzis.sk/judikatura/r/ECLI:SK:KSBA:2017:1016201100.1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