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5S/133/2016 z 16. 1. 2017</w:t>
      </w:r>
    </w:p>
    <w:p>
      <w:r>
        <w:t>Uznesenie Krajského súdu Bratislava z 16. januára 2017, sp. zn. 5S/133/2016, ECLI:SK:KSBA:2017:1016201172.3</w:t>
      </w:r>
    </w:p>
    <w:p>
      <w:r>
        <w:t>Súd: Krajský súd Bratislava</w:t>
      </w:r>
    </w:p>
    <w:p>
      <w:r>
        <w:t>Spisová značka: 5S/133/2016</w:t>
      </w:r>
    </w:p>
    <w:p>
      <w:r>
        <w:t>ECLI: ECLI:SK:KSBA:2017:1016201172.3</w:t>
      </w:r>
    </w:p>
    <w:p>
      <w:r>
        <w:t>Dátum vydania: 16. 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5S/133/2016 Identifikačné číslo súdneho spisu: 1016201172 Dátum vydania rozhodnutia: 17. 01. 2017 Meno a priezvisko sudcu, VSÚ: JUDr. Viera Šebestová ECLI: ECLI:SK:KSBA:2017:1016201172.3 Uznesenie Krajský súd v Bratislave v právnej veci žalobcu: VUMAT SK, s.r.o., Pri cintoríne 36, Žilina, IČO: 36 406 252, zastúpený advokátskou kanceláriou: iTRUST Legal, s.r.o., Seberíniho 2, 821 03 Bratislava, IČO: 36 808 181, proti žalovanému: Protimonopolný úrad Slovenskej republiky, Drieňová 24, 826 03 Bratislava, o preskúmanie zákonnosti rozhodnutia žalovaného č. 2016/KH/R/2/028 zo dňa 09.06.2016, takto r o z h o d o l : Súd s p á j a na spoločné konanie veci vedené na Krajskom súde v Bratislave pod sp. zn. 5S/133/2016, sp. zn. 6S/147/2016 a sp. zn. 6S/173/2016, s tým, že ďalej budú vedené pod sp. zn. 5S/133/2016. o d ô v o d n e n i e : Žalobou podanou na Krajskom súde v Bratislave dňa 30.06.2016 o 14.57 hod. sa žalobca domáha preskúmania zákonnosti rozhodnutia o rozklade Rady Protimonopolného úradu Slovenskej republiky č. 2016/KH/R/2/028 zo dňa 09.06.2016, ktorým žalovaný potvrdil rozhodnutie Protimonopolného úradu Slovenskej republiky, odboru kartelov č. 2015/KH/1/1/015 zo dňa 25.05.2015. Prvostupňový orgán verejnej správy rozhodol, že konanie podnikateľov: - VUMAT SK, s.r.o., IČO: 36 406 503, so sídlom Pri cintoríne 36, 010 04 Žilina (ďalej len „VUMAT SK, s.r.o.“), v konaní zastúpený advokátskou kanceláriou iTRUST Legal, s.r.o. so sídlom Kvačalova 10, 821 08 Bratislava, v čase od 21.09.2009 do 12.10.2009, - B.C.D., spol. s r.o., IČO: 31 623 298, so sídlom Obrancov mieru 1774/12, 026 01 Dolný Kubín (ďalej len „B.C.D., spol. s r.o.“), v konaní zastúpený spoločnosťou ŠTEPANOVSKÝ &amp; PARTNERS, s.r.o., so sídlom Žellova 6, 821 08 Bratislava, v čase od 21.09.2009 do 12.10.2009, - TERCIA, spol. s r.o., IČO: 36 375 764, so sídlom Závodská cesta 2958/6, 010 01 Žilina (ďalej len „TERCIA, spol. s r.o.“), v konaní zastúpený JUDr. PaedDr. Markétou Jochymovou, Hlinická 401/11, 014 01 Bytča, v čase od 21.09.2009 do 12.10.2009, spočívajúce v tom, že títo podnikatelia prostredníctvom výmeny informácií koordinovali svoj postup so zámerom zosúladiť cenové ponuky a účasť v súvislosti s verejnou obchodnou súťažou vyhlásenou vyhlasovateľom Z. so sídlom Drotárska cesta XXXX/XX, XXX XX C. - K. Z. dňa 21.09.2009 s predmetom zákazky „Rekonštrukcia penziónu ENERGETIK“, v predpokladanej hodnote 1.005.962,53 eur bez DPH, tak, aby poradie uchádzačov a víťaz boli dopredu známe, a svoj zámer následne predložením zosúladených ponúk v praxi aj realizovali, je dohodou obmedzujúcou súťaž pri účasti a predkladaní ponúk v procese predmetnej verejnej obchodnej súťaže, ktorá mala za cieľ obmedzenie hospodárskej súťaže na trhu stavebných a rekonštrukčných prác vrátane dodávok zariadení na území Slovenskej republiky, prostredníctvom priameho alebo nepriameho určenia cien tovaru, rozdelenia trhu a koluzívneho správania sa, v dôsledku ktorého podnikatelia koordinovali svoje správanie v procese verejnej obchodnej súťaže, ktorá je podľa § 4 ods. 1 v spojení s § 4 ods. 2 písm. a) a § 4 ods. 3 písm. a), c) a f) zákona č. 136/2001 Z. z. o ochrane hospodárskej súťaže a o zmene a doplnení zákona Slovenskej národnej rady č. 347/1990 Zb. o organizácii ministerstiev a ostatných ústredných orgánov štátnej správy Slovenskej republiky v znení neskorších predpisov v znení predpisov účinných do 31.12.2011 zakázaná. 2. Za vyššie uvedené konanie uložil žalovaný podľa § 38 ods. 1 zákona č. 136/2001 Z. z. o ochrane hospodárskej súťaže a o zmene a doplnení zákona Slovenskej národnej rady č. 347/1990 Zb. o organizácii ministerstiev a ostatných ústredných orgánov štátnej správy Slovenskej republiky v znení neskorších predpisov v znení predpisov účinných do 31.12.2011: - podnikateľovi VUMAT SK, s.r.o. pokutu vo výške 165.341,- eur, - podnikateľovi B.C.D., spol. s r.o. pokutu vo výške 28.176,- eur, - podnikateľovi TERCIA, spol. s r.o. pokutu vo výške 63.562,- eur. 3. Z úradnej činnosti správny súd zistil, že v konaní vedenom na tunajšom súde pod sp. zn. 6S/173/2016 žiada spoločnosť B.C.D., spol. s r.o. na základe žaloby podanej dňa 15.08.2016 o 15.32 hod. preskúmať zákonnosť rozhodnutia Rady Protimonopolného úradu Slovenskej republiky č. 2016/KH/R/2/028 zo dňa 09.06.2016. Rovnako i v súdnom konaní vedenom na tunajšom súde pod sp. zn. 6S/147/2016 iniciovaného spoločnosťou TERCIA, spol. s r.o. na základe žaloby podanej dňa 30.06.2016 o 15.00 hod. je predmetom súdneho prieskumu rozhodnutie žalovaného zo dňa 09.06.2016, č. 2016/KH/R/2/028. 4. Z uvedeného je zrejmé, že spoločnosť VUMAT SK, s.r.o. v konaní so sp. zn. 5S/133/2016, spoločnosť B.C.D., spol. s r.o. v konaní so sp. zn. 6S/173/2016 a spoločnosť TERCIA, spol. s r.o. v konaní so sp. zn. 6S/147/2016, sa domáhajú preskúmania zákonnosti totožného rozhodnutia, a to rozhodnutia žalovaného č. 2016/KH/R/2/028 zo dňa 09.06.2016. 5. Podľa § 65 ods. 1 zákona č. 162/2015 Z. z. Správny súdny poriadok (ďalej len „SSP“), v záujme hospodárnosti konania môže správny súd uznesením spojiť na spoločné konanie veci, ktoré sa u neho začali na základe samostatnej žaloby a ktoré spolu skutkovo súvisia alebo sa týkajú tých istých účastníkov konania. Ak boli takéto konania pridelené viacerým senátom alebo sudcom toho istého správneho súdu, rozhodne o spojení konaní predseda senátu alebo sudca, u ktorého sa začalo konanie skôr. 6. Podľa § 65 ods. 2 SSP, pri podaní viacerých súvisiacich žalôb je žalobca povinný označiť ich súvislosť a vzájomný vzťah; môže podať návrh na ich spojenie. 7. Podľa § 65 ods. 3 SSP, predseda senátu uznesením spojí na spoločné konanie veci, ak sa preskúmania zákonnosti v tej istej veci domáhajú súčasne viacerí účastníci administratívneho konania alebo účastník administratívneho konania a prokurátor. Ustanovenie odseku 1 druhej vety platí obdobne. 8. Vzhľadom na skutočnosť, že veci vedené pod sp. zn. 5S/133/2016, sp. zn. 6S/ 147/2016 a sp. zn. 6S/173/2016 spolu skutkovo súvisia a týkajú sa toho istého rozhodnutia žalovaného, súd s prihliadnutím na zásadu hospodárnosti konania rozhodol o spojení týchto vecí na spoločné konanie pri zachovaní rovnoprávneho postavenia účastníkov v konaní, pričom súd prejedná v jednom konaní všetky námietky žalobcov proti preskúmavanému rozhodnutiu žalovaného orgánu verejnej správy. Keďže predmetné súdne konanie sa začalo najskôr, spojené veci budú ďalej vedené pod sp. zn. 5S/133/2016. Poučenie: Proti tomuto uzneseniu nie je prípustná kasačná sťažnosť. (§ 439 ods. 2 písm. a) SSP)</w:t>
      </w:r>
    </w:p>
    <w:p/>
    <w:p>
      <w:r>
        <w:t>Zdroj: KAUZIS.SK – https://www.kauzis.sk/judikatura/r/ECLI:SK:KSBA:2017:1016201172.3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