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2S/153/2016 z 19. 9. 2017</w:t>
      </w:r>
    </w:p>
    <w:p>
      <w:r>
        <w:t>Uznesenie Krajského súdu Bratislava z 19. septembra 2017, sp. zn. 2S/153/2016, ECLI:SK:KSBA:2017:1016201244.2</w:t>
      </w:r>
    </w:p>
    <w:p>
      <w:r>
        <w:t>Súd: Krajský súd Bratislava</w:t>
      </w:r>
    </w:p>
    <w:p>
      <w:r>
        <w:t>Spisová značka: 2S/153/2016</w:t>
      </w:r>
    </w:p>
    <w:p>
      <w:r>
        <w:t>ECLI: ECLI:SK:KSBA:2017:1016201244.2</w:t>
      </w:r>
    </w:p>
    <w:p>
      <w:r>
        <w:t>Dátum vydania: 19. 9. 2017</w:t>
      </w:r>
    </w:p>
    <w:p>
      <w:r>
        <w:t>Forma: Uznesenie</w:t>
      </w:r>
    </w:p>
    <w:p>
      <w:pPr>
        <w:pStyle w:val="Heading2"/>
      </w:pPr>
      <w:r>
        <w:t>Text rozhodnutia</w:t>
      </w:r>
    </w:p>
    <w:p>
      <w:r>
        <w:t>Súd: Krajský súd Bratislava Spisová značka: 2S/153/2016 Identifikačné číslo súdneho spisu: 1016201244 Dátum vydania rozhodnutia: 20. 09. 2017 Meno a priezvisko sudcu, VSÚ: JUDr. Vlastimil Pavlikovský ECLI: ECLI:SK:KSBA:2017:1016201244.2 Uznesenie Krajský súd v Bratislave v právnej veci žalobcu: A.. A. Uj, nar. XX.XX.XXXX, T. č. XX, R., proti žalovanému: Slovenská advokátska komora, so sídlom Kolárska č. 4, 813 42 Bratislava, zastúpeného JUDr. Evou Bušovou, advokátkou, AK Tobrucká č. 6, Bratislava, v konaní o preskúmanie zákonnosti rozhodnutia žalovaného č. II. ODS-41/15:3574/2013 zo dňa 17.03.2016 v spojení s rozhodnutím DS III. -83/14:3574/2013 zo dňa 17.06.2015, jednohlasne, takto r o z h o d o l : Krajský súd v Bratislave konanie z a s t a v u j e . Žiaden z účastníkov konania nemá právo na náhradu trov konania. o d ô v o d n e n i e : 1. Žalobou doručenou dňa 13.07.2016 na Krajský súd v Bratislave sa žalobca domáhal zrušenia rozhodnutia žalovaného č. II. ODS-41/15:3574/2013 zo dňa 17.03.2016 a prvostupňového rozhodnutia DS III. -83/14:3574/2013 zo dňa 17.06.2015. 2. Výzvou zo dňa 10.07.2017 doručenou žalobcovi dňa 28.08.2017, bol žalobca vyzvaný na zaplatenie súdneho poplatku vo výške 70,- €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v konaní pred správnym súdom sa poplatok platí správnemu súdu, ktorý vo veci koná. V konaní o kasačnej sťažnosti sa poplatok platí súdu, ktorý napadnuté rozhodnutie vydá. 7. Podľa § 10 ods. 1 zákona č. 71/1992 Zb. o súdnych poplatkoch, ak nebol zaplatený poplatok splatný podaním žaloby, návrhu na začatie konania, dovolania alebo kasačnej sťažnosti, súd podľa § 9 &lt;aspi://module='ASPI'&amp;link='71/1992 Zb.%25239'&amp;ucin-k-dni='30.12.9999'&gt;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https://www.kauzis.sk/judikatura/r/ECLI:SK:KSBA:2017:1016201244.2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