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5S/145/2016 z 29. 5. 2017</w:t>
      </w:r>
    </w:p>
    <w:p>
      <w:r>
        <w:t>Uznesenie Krajského súdu Bratislava z 29. mája 2017, sp. zn. 5S/145/2016, ECLI:SK:KSBA:2017:1016201348.1</w:t>
      </w:r>
    </w:p>
    <w:p>
      <w:r>
        <w:t>Súd: Krajský súd Bratislava</w:t>
      </w:r>
    </w:p>
    <w:p>
      <w:r>
        <w:t>Spisová značka: 5S/145/2016</w:t>
      </w:r>
    </w:p>
    <w:p>
      <w:r>
        <w:t>ECLI: ECLI:SK:KSBA:2017:1016201348.1</w:t>
      </w:r>
    </w:p>
    <w:p>
      <w:r>
        <w:t>Dátum vydania: 29. 5. 2017</w:t>
      </w:r>
    </w:p>
    <w:p>
      <w:r>
        <w:t>Forma: Uznesenie</w:t>
      </w:r>
    </w:p>
    <w:p>
      <w:r>
        <w:t>Oblasť práva: Správne právo</w:t>
      </w:r>
    </w:p>
    <w:p>
      <w:pPr>
        <w:pStyle w:val="Heading2"/>
      </w:pPr>
      <w:r>
        <w:t>Text rozhodnutia</w:t>
      </w:r>
    </w:p>
    <w:p>
      <w:r>
        <w:t>Súd: Krajský súd Bratislava Spisová značka: 5S/145/2016 Identifikačné číslo súdneho spisu: 1016201348 Dátum vydania rozhodnutia: 30. 05. 2017 Meno a priezvisko sudcu, VSÚ: JUDr. Viera Šebestová ECLI: ECLI:SK:KSBA:2017:1016201348.1 Uznesenie Krajský súd v Bratislave v právnej veci žalobcu: B.. D. G., bytom E. XXX, XXX XX W., zastúpený: JUDr. Vladimír Mitro, advokát, Hrabový chodník 4, 831 01 Bratislava, proti žalovanému: Slovenská informačná služba, P.O.BOX 69, 810 00 Bratislava, o určenie neplatnosti žiadosti o uvoľnenie zo služobného pomeru a o určenie, že služobný pomer trvá, takto r o z h o d o l : Žaloba sa o d m i e t a. Žiaden z účastníkov nemá právo na náhradu trov konania. o d ô v o d n e n i e : I. 1/ Žalobou doručenou dňa 20.10.2005 na Okresný súd Bratislava III sa žalobca domáhal určenia, že žiadosť podaná žalobcom Ing. D. G. dňa 24.10.2003 je neplatná a jeho služobný pomer v Slovenskej informačnej službe naďalej trvá. 2/ Žalobca v žalobe uviedol, že dňa 27.10.2003 pod č.p. 63/920-58-4/2003 podal žiadosť o uvoľnenie zo služobného pomeru príslušníka Slovenskej informačnej služby podľa § 191 zákona č. 73/1998 Z.z. o štátnej službe príslušníkov Policajného zboru, Slovenskej informačnej služby, Zboru väzenskej a justičnej stráže Slovenskej republiky a Železničnej polície (ďalej iba zákon č. 73/1998 Z.z.), k termínu 31.12.2003. Dňa 20.11.2003 bol vydaný žalovaným Personálny rozkaz č. 1259, ktorým bol žalobca podľa § 191 ods. 1 zákona č. 73/1998 Z.z. na základe vlastnej žiadosti uvoľnený dňom 31.12.2003 zo služobného pomeru príslušníka SIS. Žalobca podal proti Personálnemu rozkazu č. 1259 zo dňa 20.11.2003 odvolanie, o ktorom rozhodol riaditeľ SIS rozhodnutím č.p. PK-21-5/2004 zo dňa 24.03.2004 tak, že odvolanie žalobcu zamietol a potvrdil napadnutý personálny rozkaz. 3/ Uznesením Okresného súdu Bratislava III č.k. 13C/227/05-67 zo dňa 23.03.2007 bolo konanie zastavené z dôvodu res iudicata s poukazom na rozsudok Krajského súdu v Žiline č.k. 5S 58/2004-89 zo dňa 31.01.2005, ktorý bol potvrdený rozsudkom Najvyššieho súdu SR sp. zn. 5 Sž-o-KS 65/2005 zo dňa 14.03.2006. 4/ Proti Uzneseniu Okresného súdu Bratislava III sp. zn. 13C 227/05 podal dňa 13.04.2007 odvolanie žalobca, o ktorom rozhodol Krajský súd v Bratislave uznesením č.k. 8/Co/198/2007-76 zo dňa 15.05.2009 tak, že uznesenie súdu prvého stupňa zrušil a vec mu vrátil na ďalšie konanie, v ktorom vyslovil právny názor, že nemožno vysloviť, že o veci bolo už právoplatne rozhodnuté, pričom bude povinný sa vysporiadať i s otázkou, kto je účastníkom konania na strane žalovanej , keď na základe výzvy súdu zo dňa 06.02.2007, č.k. 13C 227/2005-63 žalobca za účastníka konania na strane žalovanej označil Slovenskú republiku. 5/ Okresný súd Bratislava III rozsudkom č.k. 13C 227/2005 - 180 zo dňa 30.06.2011 návrh navrhovateľa zamietol a odporcovi nepriznal náhradu trov konania. Proti tomuto rozsudku doručil súdu dňa 02.08.2011 navrhovateľ odvolanie. Krajský súd v Bratislave, ako súd odvolací, uznesením č.k. 3Co 429/2011-205 zo dňa 24.06.2015 napadnutý rozsudok súdu prvého stupňa zrušil a vec mu vrátil na ďalšie konanie. 6/ Upovedomením Okresný súd Bratislava III č.k. 13C/227/2005-256 zo dňa 14.07.2016 vec postúpil tunajšiemu súdu, ako vecne príslušnému na konanie v prvom stupni, pretože predmetom žaloby je určenie neplatnosti žiadosti o uvoľnenie zo služobného pomeru a o určenie, že služobný pomer trvá, na základe Personálneho rozkazu č. 1259 zo dňa 20.11.2003, ktorý je správnym rozhodnutím, a nejedná sa o pracovný pomer, o ktorom by bola daná vecná príslušnosť na konanie v prvom stupni. 7/ Dňa 30.05.2017 založil do spisu podanie žalobca, ktorý s postúpením veci nesúhlasí, pretože podľa ustanovení Správneho súdneho poriadku (§ 7 písm. d/) správne súdy nepreskúmavajú súkromnoprávne spory a iné súkromnoprávne veci, v ktorých je daná právomoc súdov v civilnom procese a podľa § 7 písm. h/ nepreskúmavajú ani personálne a disciplinárne rozkazy. II. 8/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9/ Podľa § 2 ods. 1 SSP, v správnom súdnictve poskytuje správny súd ochranu právam alebo právom chráneným záujmom fyzickej osoby a právnickej osoby v oblasti verejnej správy a rozhoduje v ďalších veciach ustanovených týmto zákonom. 10/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7 písm. b/ SSP, správne súdy nepreskúmavajú správne akty orgánov verejnej správy, ktoré nemajú povahu rozhodnutia o právach, právom chránených záujmoch alebo povinnostiach fyzickej osoby alebo právnickej osoby, najmä rozhodnutia organizačnej povahy a rozhodnutia a oprávnenia upravujúce vnútorné pomery orgánu, ktorý ich vydal, ak to zákon neustanovuje inak. 13/ Podľa § 98 ods. 1 písm. g/ SSP, správny súd uznesením odmietne žalobu, ak je neprípustná. 14/ Predmetom preskúmania v predmetnej veci v zmysle žaloby je žiadosť príslušníka Slovenskej informačnej služby o uvoľnenie zo služobného pomeru podľa § 191 zákona č. 73/1998 Z.z. 15/ Súd zo súdneho spisu zistil, že žalobca bol v služobnom pomere so žalovaným od 15.12.1996 do 31.12.2003. Žalobca žiadosťou č.p.: 63/920-58-4-2003 zo dňa 27.10.2003 navrhol ukončenie služobného pomeru ku dňu 31.12.2003, s čím jeho nariadený súhlasil. Dňa 20.11.2003 bol vydaný personálny rozkaz č. 1259, ktorým bol žalobca uvoľnený dňom 31.12.2003 zo služobného pomeru príslušníka SIS podľa § 191 ods. 1 zákona č. 73/1998 Z.z. Rozhodnutím žalovaného č.p. PK-21-5/2004 zo dňa 24.03.2004 bolo odvolanie žalobcu zamietnuté a personálny rozkaz č. 1259 potvrdený. 16/ Žalobca sa žalobou zo dňa 29.04.2004 domáhal preskúmania rozhodnutia žalovaného č.p. PK-21-5/2004, ktorá bola rozsudkom Krajského súdu v Žiline zamietnutá, po odvolaní žalobcu bol tento rozsudok Najvyšším súdom SR sp.zn. 5 Sž-o-KS 65/2005 zo dňa 14.03.2006 potvrdený. Z uvedených zistení súd konštatuje, že žalobca bol uvoľnený dňom 31.12.2003 zo služobného pomeru príslušníka SIS. 17/ Podľa § 1 ods. 1 zákona č. 73/1998 Z.z., tento zákona upravuje štátnu službu príslušníkov Policajného zboru, príslušníkov Slovenskej informačnej služby, príslušníkov Národného bezpečnostného úradu, príslušníkov Zboru väzenskej a justičnej stráže Slovenskej republiky a príslušníkov Železničnej polície (ďalej len „štátna služba“). 18/ Podľa § 1 ods. 2 zákona č. 73/1998 Z.z., tento zákona upravuje aj právne vzťahy, ktoré súvisia so vznikom, zmenami a skončením štátnej služby príslušníkov Policajného zboru, príslušníkov Slovenskej informačnej služby (ďalej len „príslušník informačnej služby“), príslušníkov Národného bezpečnostného úradu (ďalej len „príslušník bezpečnostnej úradu“), príslušníkov Zboru väzenskej a justičnej stráže Slovenskej republiky a príslušníkov Železničnej polície (ďalej len „policajt“). 19/ Podľa § 1 ods. 3 zákona č. 73/1998 Z.z., ak ďalej nie je ustanovené inak, tento zákon sa vzťahuje na právne vzťahy príslušníkov informačnej služby a príslušníkov bezpečnostného úradu pri výkone štátnej služby s tým, že tam, kde sa uvádza policajt, rozumie sa tým aj príslušník informačnej služby a príslušník bezpečnostného úradu. 20/ Podľa § 191 ods. 1 zákona č. 73/1998 Z.z., policajt musí byť uvoľnený zo služobného pomeru, ak o to požiada. Žiadosť o uvoľnenie zo služobného pomeru musí byť písomná a doručená nadriadenému, inak je neplatná. 21/ Podľa § 191 ods. 8 zákona č. 73/1998 Z.z., rozhodnutie o skončení služobného pomeru uvoľnením oznámi nadriadený policajtovi najneskôr do jedného mesiaca odo dňa doručenia jeho žiadosti o uvoľnenie zo služobného pomeru. 22/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 s. p.). 22/ Súd uvádza, že bol v štátnej službe ako príslušník informačnej služby, ktorý požiadal o uvoľnenie zo služobného pomeru podľa § 191 ods. 1 zákona č. 73/1998 Z.z. Z uvedeného vyplýva, že na žalobcu sa vzťahuje zákon č. 73/1998 Z.z., preto žaloba o určenie, že žiadosť príslušníka Slovenskej informačnej služby o uvoľnenie zo služobného pomeru podľa § 191 zákona č. 73/1998 Z.z. je neplatná podľa § 37 ods. 1 Občianskeho zákonníka nie je právne opodstatnená. Na základe vyššie uvedených skutočností súd konštatoval, že neboli naplnené všetky podmienky na preskúmanie rozhodnutia v rámci správneho súdnictva a preto súd s poukazom na ust. § 98 ods. 1 písm. g) SSP žalobu odmietol. 23/ O náhrade trov konania bolo rozhodnuté podľa ust. § 170 písm. a) S. s. p. tak, že žiadnemu účastníkovi konania súd náhradu trov konania nepriznal. 24/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https://www.kauzis.sk/judikatura/r/ECLI:SK:KSBA:2017:1016201348.1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