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5S/151/2016 z 20. 2. 2017</w:t>
      </w:r>
    </w:p>
    <w:p>
      <w:r>
        <w:t>Uznesenie Krajského súdu Bratislava z 20. februára 2017, sp. zn. 5S/151/2016, ECLI:SK:KSBA:2017:1016201356.1</w:t>
      </w:r>
    </w:p>
    <w:p>
      <w:r>
        <w:t>Súd: Krajský súd Bratislava</w:t>
      </w:r>
    </w:p>
    <w:p>
      <w:r>
        <w:t>Spisová značka: 5S/151/2016</w:t>
      </w:r>
    </w:p>
    <w:p>
      <w:r>
        <w:t>ECLI: ECLI:SK:KSBA:2017:1016201356.1</w:t>
      </w:r>
    </w:p>
    <w:p>
      <w:r>
        <w:t>Dátum vydania: 20. 2.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5S/151/2016 Identifikačné číslo súdneho spisu: 1016201356 Dátum vydania rozhodnutia: 21. 02. 2017 Meno a priezvisko sudcu, VSÚ: JUDr. Viera Šebestová ECLI: ECLI:SK:KSBA:2017:1016201356.1 Uznesenie Krajský súd v Bratislave v právnej veci žalobcu: Okresná prokuratúra Bratislava II, Kvetná 13, 820 05 Bratislava, proti žalovanému: Okresný úrad Bratislava, katastrálny odbor, Ružová dolina 27, 821 09 Bratislava, za účasti: RadioLAN, spol. s r.o., Kuklovská 9, 841 05 Bratislava, IČO: 35 892 641, o preskúmanie opatrenia žalovaného č. Z-18335/15 zo dňa 22.10.2015, takto r o z h o d o l : Krajský súd v Bratislave konanie z a s t a v u j e . Žiaden z účastníkov nemá právo na náhradu trov konania. o d ô v o d n e n i e : 1. Žalobca sa žalobou doručenou súdu dňa 22 07.2016 domáhal zrušenia opatrenia žalovaného č. Z - 18335/15zo dňa 22.10.2015, ktorým žalovaný vykonal záznam na základe návrhu spoločnosti RadioLAN, spol. s r.o. zo dňa 23.09.2015 a zapísal do katastra nehnuteľností zákonné vecné bremeno podľa § 66 ods. 1, 2 zákona č. 351/2011 , konkrétne k nehnuteľnostiam evidovaným na LV č. XXX, kat. ú. I., pozemky par. č. XXXXX/X, č. XXXXX/X, XXXXX/XX, stavba súp. č. XXX postavená na par. č. XXXXX/X. 2. Podaním doručeným správnemu súdu dňa 13.02.2017 žalobca zobral žalobu späť, pretože žalovaný dňa 06.12.2016 vykonal výmaz vecného bremena v prospech spoločnosti RadioLAN, spol. s r.o. v operáte katastra nehnuteľností na základe listiny č. Z-20901/16 v kat. ú. I., LV č. XXX, č. zmeny XXXX/ XX. 3. Podľa § 63 SSP,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4. Podľa § 99 písm. a) SSP, správny súd konanie uznesením zastaví, ak žalobca vzal žalobu späť skôr, ako správny súd vo veci rozhodol. 5. Nakoľko žalobca vzal späť žalobu pred rozhodnutím veci, správny súd v súlade s § 99 písm. a) SSP konanie zastavil. 6. O náhrade trov konania správny súd rozhodol podľa § 170 písm. b) SSP tak, že žiaden z účastníkov nemá právo na náhradu trov konania, nakoľko konanie bolo zastavené. 7. Toto rozhodnutie senát Krajského súdu v Bratislave prijal pomerom hlasov 3 : 0 (§ 3 ods. 9 zákona č. 757/2004 Z. z. v znení zákona č. 33/2011 Z. z.).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SSP.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https://www.kauzis.sk/judikatura/r/ECLI:SK:KSBA:2017:1016201356.1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