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2S/160/2016 z 2. 5. 2017</w:t>
      </w:r>
    </w:p>
    <w:p>
      <w:r>
        <w:t>Uznesenie Krajského súdu Bratislava z 2. mája 2017, sp. zn. 2S/160/2016, ECLI:SK:KSBA:2017:1016201389.2</w:t>
      </w:r>
    </w:p>
    <w:p>
      <w:r>
        <w:t>Súd: Krajský súd Bratislava</w:t>
      </w:r>
    </w:p>
    <w:p>
      <w:r>
        <w:t>Spisová značka: 2S/160/2016</w:t>
      </w:r>
    </w:p>
    <w:p>
      <w:r>
        <w:t>ECLI: ECLI:SK:KSBA:2017:1016201389.2</w:t>
      </w:r>
    </w:p>
    <w:p>
      <w:r>
        <w:t>Dátum vydania: 2.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2S/160/2016 Identifikačné číslo súdneho spisu: 1016201389 Dátum vydania rozhodnutia: 03. 05. 2017 Meno a priezvisko sudcu, VSÚ: JUDr. Vlastimil Pavlikovský ECLI: ECLI:SK:KSBA:2017:1016201389.2 Uznesenie Krajský súd v Bratislave v právnej veci žalobcu: H.. R. Y., nar. XX.XX.XXXX, ulica R. XXX, B., zastúpený: Advokátska kancelária ŠČURY, s.r.o., M. R. Štefánika 2618, Čadca, v mene ktorej koná JUDr. Ján Ščury, advokát a konateľ, proti žalovanému: Ministerstvo vnútra Slovenskej republiky, Pribinova 2, Bratislava, v konaní o preskúmanie zákonnosti postupu a rozhodnutia žalovaného č. KM-OLVS-2/2016/OPK zo dňa 17.03.2016, jednohlasne, takto r o z h o d o l : Krajský súd v Bratislave p o s t u p u j e vec vecne a miestne príslušnému Krajskému súdu v Banskej Bystrici. o d ô v o d n e n i e : 1. Žalobca sa žalobou zo dňa 23.05.2016, doručenou Krajskému súdu v Bratislave dňa 28.07.2016 domáhal preskúmania zákonnosti rozhodnutia žalovaného č. KM-OLVS-2/2016/OPK zo dňa 17.03.2016, ktorým žalovaný zamietol odvolanie žalobcu a potvrdil rozhodnutie riaditeľa Krajského riaditeľstva PZ v Banskej Bystrici č. 866 zo dňa 12.12.2015, ktorým bol okrem iného žalobca podľa § 35 ods. 1 písm. c) zákona č. 73/1998 Z. z. o štátnej službe príslušníkov Policajného zboru, Slovenskej informačnej služby, Zboru väzenskej a justičnej stráže Slovenskej republiky a Železničnej polície v znení neskorších predpisov preložený na Okresné riaditeľstvo PZ v Žiari nad Hronom. 2. Podľa § 10 SSP, na konanie a rozhodovanie v správnom súdnictve sú vecne príslušné krajské súdy, ak tento zákon neustanovuje inak. 3. Podľa § 13 ods. 1 SSP, miestne príslušným je krajský súd, v ktorého obvode má sídlo orgán verejnej správy, ktorý rozhodol v prvom stupni, ak tento zákon neustanovuje inak. 4. Podľa § 18 ods. 2 SSP, ak správny súd zistí, že nie je vecne, miestne alebo kauzálne príslušný, postúpi vec uznesením príslušnému správnemu súdu. Nižší správny súd je postúpením veci vyšším správnym súdom viazaný. 5. V prejednávanej veci rozhodoval v prvom stupni riaditeľ Krajského riaditeľstva PZ v Banskej Bystrici, a teda miestne (aj vecne) príslušným je Krajský súd v Banskej Bystrici, keďže v jeho obvode má sídlo orgán verejnej správy, ktorý vo veci rozhodoval v prvom stupni. 6. Krajský súd v Bratislave síce začal vo veci konať, avšak neboli to úkony týkajúce sa veci samej ale úkony rýdzo procesného charakteru. Na základe uvedeného je potrebné konštatovať, že v prejednávanej veci sa ešte nekonalo vo veci samej. K rovnakému záveru dospel aj Najvyšší súd Slovenskej republiky vo viacerých svojich rozhodnutiach (napr. 4Sž/6/2016 zo dňa 04.10.2016). 7. Nakoľko v uvedenej veci bolo zistené, že Krajský súd v Bratislave nie je miestne príslušným na konanie v predmetnej veci, vec bude po právoplatnosti tohto uznesenia postúpená Krajskému súdu v Banskej Bystrici. 8. Toto rozhodnutie senát Krajského súdu v Bratislave prijal pomerom hlasov 3:0 (§ 139 ods. 4 SSP v spojení s § 147 ods. 2 SSP). Poučenie: Proti tomuto uzneseniu nie je prípustná kasačná sťažnosť (§ 439 ods. 2 písm. d) SSP)</w:t>
      </w:r>
    </w:p>
    <w:p/>
    <w:p>
      <w:r>
        <w:t>Zdroj: KAUZIS.SK – https://www.kauzis.sk/judikatura/r/ECLI:SK:KSBA:2017:1016201389.2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