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2Co/233/2016 z 19. 9. 2017</w:t>
      </w:r>
    </w:p>
    <w:p>
      <w:r>
        <w:t>Rozsudok Krajského súdu Bratislava z 19. septembra 2017, sp. zn. 2Co/233/2016, ECLI:SK:KSBA:2017:1016201451.1</w:t>
      </w:r>
    </w:p>
    <w:p>
      <w:r>
        <w:t>Súd: Krajský súd Bratislava</w:t>
      </w:r>
    </w:p>
    <w:p>
      <w:r>
        <w:t>Spisová značka: 2Co/233/2016</w:t>
      </w:r>
    </w:p>
    <w:p>
      <w:r>
        <w:t>ECLI: ECLI:SK:KSBA:2017:1016201451.1</w:t>
      </w:r>
    </w:p>
    <w:p>
      <w:r>
        <w:t>Dátum vydania: 19. 9. 2017</w:t>
      </w:r>
    </w:p>
    <w:p>
      <w:r>
        <w:t>Forma: Rozsudok</w:t>
      </w:r>
    </w:p>
    <w:p>
      <w:r>
        <w:t>Oblasť práva: Občianske právo, Občianske právo</w:t>
      </w:r>
    </w:p>
    <w:p>
      <w:pPr>
        <w:pStyle w:val="Heading2"/>
      </w:pPr>
      <w:r>
        <w:t>Text rozhodnutia</w:t>
      </w:r>
    </w:p>
    <w:p>
      <w:r>
        <w:t>Súd: Krajský súd Bratislava Spisová značka: 2Co/233/2016 Identifikačné číslo súdneho spisu: 1016201451 Dátum vydania rozhodnutia: 20. 09. 2017 Meno a priezvisko sudcu, VSÚ: JUDr. Mária Hajdínová ECLI: ECLI:SK:KSBA:2017:1016201451.1 ROZSUDOK V MENE SLOVENSKEJ REPUBLIKY Krajský súd v Bratislave v senáte zloženom z predsedníčky senátu JUDr. Márie Hajdínovej a členov senátu JUDr. Evy Mészárosovej a JUDr. Silvie Walterovej v právnej veci žalobcu: A.. Z. R. , narodený dňa XX.X.XXXX, bytom XXX XX C., P. č. XX, proti žalovanému: Ministerstvo zdravotníctva Slovenskej republiky, 837 52 Bratislava, Limbová č. 2, IČO: 00 165 565, o zaplatenie sumy 58.119,-- €, s príslušenstvom, na odvolanie žalobcu proti rozsudku Okresného súdu Bratislava III. zo dňa 15. októbra 2013, č.k. 24 C 34/2007-399, v znení opravných uznesení Okresného súdu Bratislava III. zo dňa 9. decembra 2013, č.k. 24 C 34/2007-417, zo dňa 5. apríla 2016, č.k. 24 C 34/2007-443, na odvolanie žalobcu proti uzneseniu Okresného súdu Bratislava III. zo dňa 9. decembra 2013, č.k. 24 C 34/2007-417, takto r o z h o d o l : I. Rozsudok Okresného súdu Bratislava III. zo dňa 15. októbra 2013, č.k. 24 C 34/2007-399, v znení opravných uznesení Okresného súdu Bratislava III. zo dňa 9. decembra 2013, č.k. 24 C 34/2007-417, zo dňa 5. apríla 2016, č.k. 24 C 34/2007-443, v odvolaním napadnutom rozsahu a síce vo výroku, ktorým bola žalovanému uložená povinnosť zaplatiť žalobcovi úrok z omeškania vo výške 8 % ročne od 1.6.2006 do 13.3.2013 zo sumy 43.082,87 € do troch dní od právoplatnosti rozsudku (výrok I.), vo výroku, ktorým súd vo zvyšku žalobu zamietol (výrok II.), vo výroku, ktorým súd uložil žalovanému povinnosť zaplatiť žalobcovi trovy konania v sume 1.437,53 € do troch dní od právoplatnosti rozsudku (výrok VII.), p o t v r d z u j e . II. Uznesenie Okresného súdu Bratislava III. zo dňa 9. decembra 2013, č.k. 24 C 34/2007-417, p o t v r d z u j e . III. Žalovanému p r i z n á v a nárok na náhradu trov odvolacieho konania v rozsahu 100 %. o d ô v o d n e n i e : 1. Okresný súd Bratislava III. rozsudkom zo dňa 15.10.2013, č.k. 24 C 34/2007-399, I. uložil žalovanému povinnosť zaplatiť žalobcovi úrok z omeškania vo výške 9,5 % ročne od 1.6.2006 do 13.3.2013 zo sumy 43.082,87 € do troch dní od právoplatnosti rozsudku (opravným uznesením zo dňa 9.12.2013, č.k. 24 C 34/2007-417, postupom podľa ustanovenia § 164 O.s.p. v dôsledku zrejmej nesprávnosti bol opravený výrok I. rozsudku, odôvodnenie rozsudku na strane 10 druhý odsek, tak, že správna výška úrokov z omeškania je 8 % ročne); II. vo zvyšku žalobu zamietol; III. zastavil konanie v časti týkajúcej sa povinnosti žalovaného zaplatiť žalobcovi sumu 8.955,85 € a úroky z omeškania vo výške 9,5 % ročne zo sumy 52.726,18 € za deň 26.5.2006 (opravným uznesením zo dňa 5.4.2016, č.k. 24 C 34/2007-443, ktoré nadobudlo právoplatnosť dňa 17.5.2016, postupom podľa ustanovenia § 164 O.s.p. v dôsledku chyby v písaní bol opravený výrok III., odôvodnenie rozsudku na piatej strane v poslednom odseku a v prvom odseku na šiestej strane, tak, že správna výška úrokov z omeškania je 8 % ročne); IV. vrátil žalobcovi súdny poplatok v sume 530,65 € cestou Daňového úradu Bratislava po právoplatnosti tohto rozhodnutia; V. žalovanému uložil povinnosť nahradiť trovy konania štátu v sume 12,60 € do troch dní od právoplatnosti rozsudku na účet súdu prvej inštancie; VI. žiadnej zo strán sporu nepriznal právo na náhradu trov konania v časti, kde konanie bolo zastavené; VII. žalovanému uložil povinnosť zaplatiť žalobcovi trovy konania v sume 1.437,53 € do troch dní od právoplatnosti rozsudku. 2. Po viacerých zmenách žaloby, naposledy podaním zo dňa 4.3.2013 (č.l. 341 spisu) so súhlasom súdu, sa žalobca domáhal zaplatenia sumy 58.118,96 € rovnajúcej sa funkčným platom za čas od 1.1.2004 do mája 2006 (29 kalendárnych mesiacov), úrokov z omeškania vo výške 12 % ročne zo sumy 2.140,-- € od 5.2.2004 do zaplatenia, vo výške 12 % ročne zo sumy 2.140,-- € od 5.3.2004 do zaplatenia, vo výške 11 % ročne zo sumy 2.140,-- € od 5.4.2004 do zaplatenia, vo výške 11 % ročne zo sumy 2.140,-- € od 5.5.2004 do zaplatenia, vo výške 10 % ročne zo sumy 2.140,-- € od 5.6.2010 do zaplatenia, vo výške 9 % ročne zo sumy 2.140,-- € od 5.7.2004 do zaplatenia, vo výške 9 % ročne zo sumy 2.157,94 € od 5.8.2004 do zaplatenia, vo výške 9 % ročne zo sumy 2.308,97 € od 5.9.2004 do zaplatenia, vo výške 9 % ročne zo sumy 2.308,97 € od 5.10.2004 do zaplatenia, vo výške 9 % ročne zo sumy 2.308,97 € od 5.11.2004 do zaplatenia, vo výške 8 % ročne zo sumy 2.308,97 € od 5.12.2004 do zaplatenia, 8 % ročne zo sumy 2.308,97 € od 5.1.2005 do zaplatenia, vo výške 8 % ročne zo sumy 2.308,97 € od 5.2.2005 do zaplatenia, vo výške 6 % ročne zo sumy 2.308,97 € od 5.3.2005 do zaplatenia, vo výške 6 % ročne zo sumy 2.308.97 € od 5.4.2005 do zaplatenia, vo výške 6 % ročne zo sumy 2.308,97 € od 5.5.2005 do zaplatenia, vo výške 6 % ročne zo sumy 2,308,97 € od 5.6.2005 do zaplatenia, vo výške 6 % ročne zo sumy 2.308,97 € od 5.7.2005 do zaplatenia, vo výške 6 % ročne zo sumy 2.422,82 € od 5.8.2005 do zaplatenia, vo výške 6 % ročne zo sumy 2.422,82 € od 5.9.2005 do zaplatenia, vo výške 6 % ročne zo sumy 2.422,82 € od 5.10.2005 do zaplatenia, vo výške 6 % ročne zo sumy 2.422,82 € od 5.11.2005 do zaplatenia, vo výške 6 % ročne zo sumy 2.422,82 € od 5.12.2005 do zaplatenia, vo výške 6 % ročne zo sumy 2.422,82 € od 5.1.2006 do zaplatenia, vo výške 6 % ročne zo sumy 2.422,82 € od 5.2.2006 do zaplatenia, vo výške 7 % ročne zo sumy 2.422,82 € od 5.3.2006 do zaplatenia, vo výške 7 % ročne zo sumy 2.422,82 € od 5.4.2006 do zaplatenia, vo výške 7 % ročne zo sumy 2.422,82 € od 5.5.2006 do zaplatenia, vo výške 8 % ročne zo sumy 2.422,82 € od 5.6.2006 do zaplatenia, ako aj náhrady trov konania. Za skutkový základ považoval to, že rozhodnutím Úradu pre štátnu službu zo dňa 26.5.2006, č. 6602/2006, bolo zrušené rozhodnutie žalovaného zo dňa 18.12.2003, č. 42016/2003-OŠVS, o skončení jeho štátnozamestnaneckého pomeru so žalobcom dňom 31.12.2003, a teda štátnozamestnanecký pomer trval naďalej a má právo na plat. Žiada preto zaplatiť funkčný plat, ktorý by mu patril, keby nedošlo k neplatnému skončeniu štátnozamestnaneckého pomeru za obdobie od 1.1.2004 do mája 2006, kedy nadobudlo právoplatnosť rozhodnutie o neplatnosti skončenia štátnozamestnaneckého pomeru (rozhodnutie Úradu pre štátnu službu zo dňa 26.5.2006, č. 6602/2006). 3.1. Súd prvej inštancie tak rozhodol po tom, ako mal z vykonaného dokazovania preukázaný nasledovný skutkový stav veci. Rozhodnutím ministra zdravotníctva Slovenskej republiky o vymenovaní do dočasnej štátnej služby zo dňa 26.3.2003, č. M/1632/2003, bol žalobca vymenovaný do dočasnej štátnej služby s funkciou štátneho zamestnanca štátny radca na odbor štátnej služby legislatíva s dňom vzniku štátnozamestnaneckého pomeru 1.4.2003 so služobným úradom Ministerstvo zdravotníctva Slovenskej republiky. Rozhodnutím Ministerstva zdravotníctva Slovenskej republiky zo dňa 5.5.2003, č. VSÚ/588-2003, bol žalobca s účinnosťou od 15.5.2003 vymenovaný za predstaveného vrchného riaditeľa pre legislatívu a právo s funkciou štátneho zamestnanca štátny radca na odbor štátnej služby legislatíva druh štátnej služby stála štátna služba; žalobca práce vykonával dovtedy, kým mu to žalovaný umožnil, t.j. do 31.12.2003. Rozhodnutím zo dňa 26.3.2003, č. M/1632/2003/ OÚ-Há, bol s účinnosťou od 1.4.2003 žalobca zaradený do 9. platovej triedy a 6. platového stupňa a bol mu určený funkčný plat spolu v sume 17.140,-- Sk. Rozhodnutím zo dňa 15.5.2003, č. VSÚ/672/2003, s účinnosťou od 15.5.2003 bol žalobca zaradený do 9. platovej triedy a 6. platového stupňa a bol mu určený funkčný plat spolu v sume 35.770,-- Sk. V mesiaci máj 2003 mal žalobca brutto plat v sume 1.528,71 € (46.054,-- Sk). Žalobca listom zo dňa 16.12.2003 adresovaný služobnému úradu Ministerstvo zdravotníctva Slovenskej republiky požiadal o skončenie štátnozamestnaneckého pomeru dňom 31.12.2003 bez udania dôvodu; táto skutočnosť bola preukázaná i svedeckými výpoveďami. Následne na to žalovaný rozhodnutím zo dňa 18.12.2003, č. 42016/2003-OŠVS, rozhodol o skončení štátnozamestnaneckého pomeru so žalobcom. Úrad pre štátnu službu rozhodnutím zo dňa 3.2.2004, č. UŠS-31608/2003, potvrdil rozhodnutie služobného úradu Ministerstva zdravotníctva Slovenskej republiky zo dňa 18.12.2003, č. 42016/2003-OŠVS, o skončení štátnozamestnaneckého pomeru dňom 31.12.2003. Najvyšší súd Slovenskej republiky rozsudkom zo dňa 18.11.2005, č.k. 3 Sž 70/2007-30, zrušil rozhodnutie Úradu pre štátnu službu zo dňa 3.2.2004, č. UŠS-31608/2003, a vec vrátil úradu na ďalšie konanie. Úrad pre štátnu službu rozhodnutím zo dňa 26.5.2006, č. 6602/2006, zrušil rozhodnutie služobného úradu Ministerstvo zdravotníctva Slovenskej republiky zo dňa 18.12.2003, č. 42016/2003-OŠVS, vo veci skončenia štátnozamestnaneckého pomeru A. Z. R., keď mal za to, že rozhodnutie o skončení štátnozamestnaneckého pomeru bolo podpísané neoprávnenou osobou. Z rozhodnutia ministra zdravotníctva Slovenskej republiky zo dňa 26.3.2003, č. M/1632/2003, o vymenovaní žalobcu do dočasnej štátnej služby, z rozhodnutia Ministerstva zdravotníctva Slovenskej republiky zo dňa 5.5.2003, č. VSÚ/588-2003, o vymenovaní žalobcu za predstaveného, nebola medzi stranami sporu sporná existencia štátnozamestnaneckého pomeru do 31.12.2003. 3.2. Žalovaný spočiatku so žalobou nesúhlasil. Podaním doručeným súdu na pojednávaní dňa 22.11.2011 vzniesol námietku premlčania voči rozšíreným nárokom žalobcu doručeným súdu dňa 30.7.2010. Súd prvej inštancie pripustil zmenu žaloby uznesením zo dňa 26.8.2010, č.k. 24 C 34/2007-135 (žalobca žiadal zaplatiť istinu v sume 67.047,63 € spolu s presne označeným príslušenstvom pozostávajúcu z funkčných platov za mesiace január 2004 až máj 2006). Žalobca opätovne zmenil so súhlasom súdu žalobu podaním zo dňa 4.3.2013 (č.l. 341 spisu) a v časti týkajúcej sa zaplatenia sumy 8.955,85 € spolu s úrokmi z omeškania za deň 26.5.2006 zobral žalobu späť, s ktorým späťvzatím žalovaný vyslovil súhlas. 3.3. Žalovaný v mesiaci január, marec 2013 uznal nároky žalobcu čo do základu a výšky istiny v sume 55.785,50 € brutto bez príslušenstva (pôvodne uplatnený nárok v roku 2007 v sume 52.726,18 €), teda viac, ako žalobca žiadal, čo potom odôvodnilo zamietnutie žaloby v uplatňovanej istine. Dňa 13.3.2013 poukázal na osobný účet žalobcu príjem netto ako náhradu za funkčný plat za mesiace január 2004 až máj 2006 v sume 43.082,87 € (po odrátaní zákonných zrážok). Nepovažoval za správny úrok z omeškania za každý kalendárny mesiac osobitne uplatnený žalobcom. Podľa jeho názoru k omeškaniu dlžníka dochádza uplynutím doby splatnosti peňažného záväzku. Nie je možné v danej veci aplikovať ustanovenia o omeškaní podľa Zákonníka práce s poukazom na ustanovenie § 1 ods. 3 v spojení s § 149 zákona č. 312/2001 Z.z. o štátnej službe, keď nemá vlastnú úpravu vo vzťahu k omeškaniu dlžníka. Nemohol sa dostať do omeškania, pretože prvostupňové rozhodnutie vedúceho služobného úradu zo dňa 18.12.2003, č. 42016/2003-OŠVS (keďže zo zákona podané odvolanie nemalo preň odkladný účinok) platilo až do dňa jeho zrušenia rozhodnutím Úradu pre štátnu službu zo dňa 26.5.2006, č. 6602/2006. 3.4. Predmetom konania tak zostala istina v sume 52.726,18 €, úroky z omeškania vo výške 9,5 % ročne zo sumy 52.726,18 €, vyčíslené príslušenstvo v sume 5.392,78 € (ako úroky z omeškania za obdobie od 1.1.2004 do 26.5.2006) uplatnené žalobcom podaním zo dňa 7.3.2007 (č.l. 17 spisu); spolu suma 58 118,96 €. 4. Skôr, ako súd prvej inštancie rozhodol o nárokoch žalobcu, považoval za potrebné vyriešiť otázku, či štátnozamestnanecký pomer trval v dobe, za ktorú žalobca požaduje zaplatenie funkčného platu majúc na zreteli, že súd nemá právomoc rozhodnúť o skončení štátnozamestnaneckého pomeru, keď o tomto rozhodoval služobný úrad v osobitnom konaní (§ 125 ods. 1 a 2 zákona č. 312/2001 Z.z.). Mimo rámec správneho súdnictva nebol súd oprávnený skúmať vecnú správnosť správneho aktu, vždy bol však povinný skúmať, či išlo o správny akt, či bol správny akt vydaný v medziach právomoci príslušného správneho orgánu a či bol právoplatný a vykonateľný. Vzhľadom na to nepreskúmaval rozhodnutie Úradu pre štátnu službu zo dňa 26.5.2006, č. 6602/2006, ktorým bolo zrušené rozhodnutie služobného úradu Ministerstva zdravotníctva Slovenskej republiky zo dňa 18.12.2003, č. 42016/2003-OŠVS, vo veci štátnozamestnaneckého pomeru A.. Z. R., ale z tohto rozhodnutia v súlade s § 135 ods. 2 veta druhá O.s.p. vychádzal. Zostalo tak nepochybné, že ku dňu rozhodnutia v prejednávanej veci (§ 154 ods. 1 O.s.p.) neexistovalo rozhodnutie o skončení štátnozamestnaneckého pomeru medzi žalobcom a žalovaným. 5.1. Rozsudok odôvodnil ustanovením § 100 ods. l, ods. 2, ods. 3, § 101, § 153 ods. l, ods. 4 Občianskeho zákonníka. Skutkovo dôvodil tým, že účelom premlčania je pobádať oprávnený subjekt k tomu, aby pod sankciou premlčania uplatnil svoje právo v ustanovených lehotách na príslušnom orgáne a aby tak donekonečna neodďaľoval požiadavku splnenia od povinného subjektu. Premlčanie je právny inštitút, v dôsledku ktorého po uplynutí určitého času sa nemožno s úspechom brániť vymáhaniu práva. Premlčanie nespôsobuje zánik práva (pohľadávky), bráni iba jeho vymáhateľnosti. Prihliadol na žalovaným vznesenú námietku premlčania, a tak už nemohol priznať uplatnené nároky žalobcom podaním zo dňa 30.7.2010 a 5.3.2013, nakoľko tieto si uplatnil až po uplynutí 3-ročnej premlčacej doby. Žalobcovi vznikol nárok na zaplatenie funkčného platu za obdobie neplatného skončenia štátnozamestnaneckého pomeru doručením rozhodnutia (Úradu pre štátnu službu) a zároveň tak začala plynúť premlčacia doba posledným dňom nasledujúcim po obdržaní rozhodnutia Úradu pre štátnu službu zo dňa 26.5.2006, č. 6602/2006, ktoré žalovaný prevzal dňa 31.5.2006, a teda prvým dňom omeškania súdu bol deň 1.6.2006. Lehota na uplatnenie práva márne uplynula dňa 31.5.2009. V tejto súvislosti súd zdôraznil, že žalobca rozšírený nárok uplatnil až podaním na súde dňa 30.7.2010, teda po uplynutí 3-ročnej premlčacej doby. Nestotožnil sa s návrhom žalobcu, aby súd podanie zo dňa 30.7.2010 považoval za upresnenie žaloby, nakoľko podanie zo dňa 30.7.2010 obsahuje úplne inú špecifikáciu základu pre výpočet úrokov z omeškania, ale aj samotnú výšku úrokov z omeškania, a teda išlo o zmenu žaloby v zmysle § 95 O.s.p. O tejto zmene rozhodol uznesením zo dňa 26.8.2010, č.k. 24 C 34/2007-135, proti ktorému nebolo podané odvolanie, a nadobudlo právoplatnosť dňa 12.10.2010. Zároveň súd uviedol, že žalobca si mohlo uplatniť úroky z omeškania až dňom 1.6.2006 (deň nasledujúci po doručení rozhodnutia č. 6602/2006), a preto žalobu v časti týkajúcej sa zaplatenia sumy 5.392,78 € (162.463,-- Sk) ako nedôvodnú zamietol. 5.2. V dôsledku uznania nárokov žalobcu žalovaným čo do základu a výšky 55.785,50 € brutto (netto 43.082,87 €), ktorú poukázal žalobcovi dňa 13.3.2013, v odôvodnení rozsudku súd prvej inštancie už ďalšie dôvody neuvádzal. 5.3. Spornými zostali len žalobcom uplatnené úroky z omeškania vo výške 9,5 % zo sumy 52.726,18 € (brutto funkčného platu) od 1.6.2006 do zaplatenia (dňa 13.3.2013). Pri rozhodovaní o tomto nároku žalobcu súd vychádzal z uznávacieho prejavu žalovaného, zo skutočnosti, že štátnozamestnanecký pomer medzi stranami sporu neskončil ku dňu 31.12.2003, a preto nebolo možné postupovať podľa ustanovenia § 44 zákona č. 312/2001 Z.z., ako o nárokoch žalobcu na náhradu mzdy v súlade s ustanovením § 149 ods. 1, § 151 ods. 1 zákona č. 312/2001 Z.z. v nadväznosti na ustanovenie § 134 Zákonníka práce. V zmysle ustanovenia § 151 ods. 2 zákona č. 312/2001 Z.z. pre výpočet náhrady mzdy možno použiť čistý funkčný plat, ktorý žalovaný súdu predložil, znížený po odpočítaní nezdaniteľných častí, platieb poistného a alikvotnej časti dane zo mzdy. Súd preto pre základ výpočtu príslušenstva pohľadávky prevzal sumu 43.082,87 € a úrok z omeškania priznal vo výške 8 % ročne z čistej mzdy v zmysle § 517 ods. 1 Občianskeho zákonníka (za čas omeškania žalovaného, a síce od 1.6.2006 do 13.3.2013); žalovaný nevyplatil žalobcovi zameškanú mzdu po lehote splatnosti, na ktorú mu vznikol nárok, t.j. dňom doručenia rozhodnutia zo dňa 26.5.2006 č. 6602/2006, dňa 1.6.2006 a svoju povinnosť splnil až dňa 13.3.2013. V dôsledku úspešne vznesenej námietky premlčania žalovaným sa súd prvej inštancie potom už ďalšími uplatnenými úrokmi z omeškania nezaoberal a dokazovanie k nim nevykonával. Nad priznanú istinu, úroky z omeškania potom žalobu ako nedôvodnú zamietol. 5.4. Konanie v časti týkajúcej sa zaplatenia sumy 8.955,85 € a úroky z omeškania vo výške 8 % ročne zo sumy 52.726,18 € za deň 26.5.2006 odôvodnil ustanovením § 96 O.s.p. pre späťvzatie žaloby v uvedenom rozsahu so súhlasom žalovaného. Výrok o náhrade trov konania štátu odôvodnil ustanovením § 148 ods. l O.s.p. a skutkovo tým, že zo štátnych prostriedkov v sume 12,60 € bolo hradené svedočné svedkyni Z.. Náhradu trov konania žalobcovi odôvodnil ustanovením § 142 ods. l, § 146 ods. 2 O.s.p. a ich výšku, dôvodnosť, súčasne podrobne odôvodnil. 6. Proti tomuto rozsudku vo výroku I., II., VII. podal včas odvolanie žalobca dôvodiac tým, že súd prvej inštancie na základe vykonaných dôkazov dospel k nesprávnym skutkovým zisteniam a nesprávnym právnym záverom. Základom žaloby je rozhodnutie Úradu pre štátnu službu zo dňa 26.5.2006, č. 6602/2006, ktorým bolo zrušené rozhodnutie služobného úradu Ministerstva zdravotníctva Slovenskej republiky zo dňa 18.12.2003, č. 42016/2003-OŠVS, o skončení štátnozamestnaneckého pomeru. Súd ale dospel k nesprávnemu záveru, že neexistuje rozhodnutie o skončení štátnozamestnaneckého pomeru. Je proti logike a proti prijatým právnym teóriám, aby rozhodnutie o skončení štátnozamestnaneckého pomeru bolo považované za neexistujúce. Nesúhlasil so záverom súdu prvej inštancie nadväzne na uznávací prejav žalovaného, že štátnozamestnanecký pomer dňa 31.12.2003 neskončil. Podľa jeho názoru štátnozamestnanecký pomer sa skončil ku dňu 31.12.2003 na základe nezákonného rozhodnutia žalovaného. Uvedené skutkové zistenia súdu prvej inštancie slúžia k tomu, aby sa súd vyhol právnemu posúdeniu uplatneného nároku na základe ustanovenia § 44 zákona o štátnej službe, podľa ktorého má právo na náhradu funkčného platu z titulu neplatného skončenia štátnozamestnaneckého pomeru a nie na náhradu iba čistého funkčného platu. Rozhodnutie súdu prvej inštancie považuje za chybné, nezrozumiteľné a nepreskúmateľné. Na strane 10 odôvodnenia rozsudku sa uvádzajú úroky z omeškania vo výške 9,5 %, hoci bolo vydané opravné uznesenie dňa 9.12.2003, č.k. 24 C 34/2007-417, ktorým boli úroky z omeškania opravené na výšku 8 % ročne. Súd prvej inštancie prekročil svoju právomoc, keď vykonal rozsiahle dokazovanie výsluchom svedkov, na základe ktorého dospel k záveru, že požiadal o skončenie štátnozamestnaneckého pomeru dňom 31.12.2003 bez uvedenia dôvodov. Rozhodovanie o vzniku, zmene alebo zániku štátnozamestnaneckého pomeru prislúchalo príslušným štátnym orgánom a preskúmavanie týchto rozhodnutí prislúchalo súdom. Súd prvej inštancie v jeho uplatnených nárokoch z neplatného skončenia štátnozamestnaneckého pomeru vydal množstvo nezákonných rozhodnutí smerujúcich k diskriminácii a porušovaniu jeho základných ľudských práv. Súd sa najskôr uberal cestou vytvorenej konštrukcie, že ak rozhodnutie o skončení štátnozamestnaneckého pomeru bolo príslušným štátnym orgánom zrušené, štátnozamestnanecký pomer aj tak skončil na základe súdom vykonštruovanej skutočnosti-existenciou žiadosti o skončenie štátnozamestnaneckého pomeru. Odvolaciemu súdu navrhol preto rozsudok súdu prvej inštancie v odvolaním napadnutom rozsahu zmeniť a uložil žalovanému povinnosť zaplatiť mu rozdiel medzi vyplatenou sumou 43.082,87 € a sumou 55.785,50 € v sume 12.702,63 €, úroky z omeškania ročne vo výške 9,5 % od 1.6.2006 do 13.3.2013 zo sumy 43,082,87 €, úroky z omeškania vo výške 9,5 % ročne od 1.6.2006 do zaplatenia zo sumy 12.702,63 €, trovy konania v sume 3.487,13 €, trovy právneho zastúpenia, všetko do troch dní od právoplatnosti rozsudku; alebo aby odvolací súd rozsudok súdu prvej inštancie v uvedenom rozsahu zrušil a vec mu vrátil na ďalšie konanie. Hoci odvolanie žalobcu smeruje aj proti rozsudku súdu prvej inštancie vo výroku o náhrade trov konania, v odvolaní vôbec nenamietal vecnú a právnu správnosť rozsudku v uvedenom rozsahu. 7. Žalobca podal včas odvolanie aj proti opravnému uzneseniu (v poradí prvému) zo dňa 9.12.2013, č.k. 24 C 34/2007-417, dôvodiac len tým, že v súlade s príslušnými právnymi predpismi uplatnil právo na úrok z omeškania vo výške 9,5 % ročne a opravné uznesenie je protiprávne, neodôvodnené a nedôvodné. Odvolaciemu súdu navrhol opravné uznesenie zrušiť. 8. Žalovaný odvolanie nepodal. Vo svojom vyjadrení k odvolaniu žalobcu proti rozsudku súdu prvej inštancie v znení opravného uznesenia zo dňa 9.12.2013, č.k. 24 C 34/2007-417, navrhol odvolaciemu súdu rozsudok súdu prvej inštancie v odvolaním napadnutom rozsahu potvrdiť ako vecne správny. V úvode vyjadrenia pripomenul, že žalobca sa domáhal zaplatenia funkčného platu podľa § 44 zákona č. 312/2001 Z.z. o štátnej službe v znení neskorších predpisov za obdobie do 1.1.2004 do 31.5.2006 (pôvodne do 26.5.2006) titulom právoplatného rozhodnutia Úradu pre štátnu službu zo dňa 26.5.2006, č. ÚŠS-6602/2006, a úrokov z omeškania vo výške 9,5 % p.a. od 1.6.2006 do zaplatenia. Keďže žalobca v období od 1.1.2004 do 31.5.2006 nevykonával štátnu službu, služobný úrad Ministerstvo zdravotníctva Slovenskej republiky pri výpočte náhrady funkčného platu vychádzal z tarifného platu, ktorý by mu patril v zaradení vo funkcii, ktorú vykonával do 31.12.2003, pri zachovaní všetkých príplatkov priznaných do 31.12.2003 vrátane priebežnej valorizácie platov v štátnozamestnaneckom pomere v služobnom úrade Ministerstva zdravotníctva Slovenskej republiky, ktorý by mu prislúchal v rámci výkonu štátnej služby. V tejto súvislosti zdôraznil ustanovenie § 44, § 113 ods. l, ods. 2 zákona č. 312/2001 Z.z. o štátnej službe. Pripomenul ďalej, že za obdobie od 1.1.2004 do 31.5.2006 dňa 13.3.2013 na účet žalobcu poukázal náhradu funkčného platu v sume 55.785,50 € brutto, ktorá po vykonaní zákonných zrážok podľa ustanovenia § 151 ods. 2 písm. b/ zákona o štátnej službe, ktoré je platiteľ mzdy (platu) v postavení zamestnávateľa povinný zamestnancovi zraziť podľa osobitných právnych predpisov (§ 5 ods. l písm. a/ zákona č. 595/2003 Z.z. o dani z príjmov, zákon č. 461/2003 Z.z. o sociálnom poistení, zákon č. 580/2004 Z.z. o zdravotnom poistení) predstavuje sumu 43.082,87 €. Na pojednávaní dňa 26.3.2013 navrhol žalobcovi uzatvorenie súdneho zmieru ohľadne zvyšku žalobcom uplatnených nárokov titulom príslušenstva (úrokov z omeškania) za dobu od 1.6.2006 do 13.3.2013, ktoré žalobca žiadal vo výške 9,5 % p.a. a žalobca navrhol poskytnúť lehotu za účelom vyčíslenia svojich nárokov. Ďalších pojednávaní sa ale žalobca už nezúčastnil. K prvému dňu omeškania (1.6.2006) s plnení peňažného dlhu bola výška sankčného úroku stanovená na 8 % p.a. zo základu dlhu. Súd prvej inštancie na pojednávaní dňa 15.10.2013 vyhlásil rozsudok, ktorým mu (žalovanému) uložil povinnosť o.i. zaplatiť úrok z omeškania vo výške 8 % ročne od 1.6.2006 do 13.3.2013 zo sumy 43.082,87 € do troch dní od právoplatnosti rozsudku. Podľa § 156 ods. 4 O.s.p. len čo súd vyhlási rozsudok, je ním viazaný. Správne je potom opravné uznesenie zo dňa 9.12.2013, č.k. 24 C 34/2007-417, ktorým v písomnom vyhotovení rozsudku opravil výšku úrokov z omeškania na 8 % p.a., keďže v písomnom vyhotovení rozsudku bola nesprávne uvedená výška úrokov z omeškania 9,5 % p.a. Nadväzne na uvedené žalovaný sa potom už nevyjadroval k ďalším prednesom žalobcu prezentovaným v odvolaní. 9. Žalobca sa k vyjadreniu žalovaného k jeho odvolaniu už nevyjadril. 10.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20. septembra 2017; o termíne verejného vyhlásenia rozsudku boli strany sporu upovedomené zákonným spôsobom (§ 378 ods. 1, § 219 ods. 1, ods. 3, § 385 ods. 1 C.s.p.). Rozsudok súdu prvej inštancie v znení oboch opravných uznesení v odvolaním napadnutom rozsahu [vo výroku, ktorým bola žalovanému uložená povinnosť zaplatiť žalobcovi úrok z omeškania vo výške 8 % ročne od 1.6.2006 do 13.3.2013 zo sumy 43.082,87 € do troch dní od právoplatnosti rozsudku (výrok I.), vo výroku, ktorým súd vo zvyšku žalobu zamietol (výrok II.), vo výroku, ktorým súd uložil žalovanému povinnosť zaplatiť žalobcovi trovy konania v sume 1.437,53 € do troch dní od právoplatnosti rozsudku (výrok VII.)] potvrdil (§ 387 ods. l, ods. 2, ods. 3 C.s.p.) a keďže sa stotožňuje s dôvodmi rozsudku ako správnymi, rozsudok odvolacieho súdu už ďalšie dôvody neobsahuje. Na zdôraznenie správnosti rozsudku súdu prvej inštancie odvolací súd považuje za potrebné uviesť ešte nasledovné. 11.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205a, § 212 ods. 1, ods. 3, § 213 ods. l O.s.p.). Rozhodujúcim pre posúdenie vecnej a právnej správnosti rozsudku súdu prvej inštancie v odvolaním napadnutom rozsahu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V konaní neboli zistené žiadne vady, také ani sám odvolateľ netvrdil, ktoré by mali za následok nesprávne rozhodnutie a na ktoré by musel odvolací súd prihliadať (§ 212 ods. 3 O.s.p.). Odvolací súd ešte uvádza, že podrobne nepreskúmaval vecnú a právnu správnosť rozsudku súdu prvej inštancie vo výroku o náhrade trov konania, keďže jeho nesprávnosť v uvedenom rozsahu vôbec nenamietal. Na tomto mieste zdôrazňuje, že ide o konanie, ktoré bolo možné začať iba na návrh (žalobu), a teda aj odvolací súd je viazaný nielen rozsahom, ale aj dôvodmi odvolania. 12. Súd prvej inštancie riadne zistil skutkový stav veci, keď vykonal dokazovanie v rozsahu potrebnom na zistenie rozhodujúcich skutočností (§ 120 ods. 1 O.s.p.) z hľadiska posúdenia opodstatnenosti žaloby, výsledky vykonaného dokazovania správne zhodnotil (§ 132 O.s.p.) a na ich základe dospel k správnym skutkovým a právnym záverom, ktoré v napadnutom rozhodnutí aj náležite odôvodnil (§ 157 ods. 2 O.s.p.). Nemožno prisvedčiť odvolateľovi, že jeho štátnozamestnanecký pomer u žalovaného sa skončil ku dňu 31.12.2003 na základe nezákonného rozhodnutia žalovaného, pretože dôsledkom nezákonného rozhodnutia nemôže byť platné skončenie štátnozamestnaneckého pomeru dňom 31.12.2003. Ako uviedol aj sám žalovaný zákonodarca ukladal a ukladá zamestnávateľovi povinnosti vykonať z platu zamestnanca presne určené zrážky na účely platenia poistného na zdravotné poistenie, na nemocenské poistenie, dôchodkové poistenie, odviesť daň z príjmov, a tieto sumy poukázať v zákone označenému subjektu, inému ako zamestnanec a zamestnávateľ; rozdiel medzi brutto výpočtom a netto výpočtom teda nepochybne žalobcovi nepatrí. 13. K odvolateľom namietanému rozsahu dokazovania súdom prvej inštancie odvolací súd len dopĺňa, že spornou v konaní nebola skutočnosť, že v mesiaci december 2003 požiadal žalobca o skončenie štátnozamestnaneckého pomeru ku dňu 31.12.2003 a že následne na to písomnosť od žalovaného zobral. Niet pochýb o tom, že žalobca sa od samého začiatku domáhal zaplatenia funkčného platu za čas od 1.1.2004 do mája 2006 spolu s príslušenstvom v dôsledku neplatného skončenia štátnozamestnaneckého pomeru; rovnako niet pochýb, že žalovaný až do marca 2013 nesúhlasil so žalobou, a to už s jej základom, teda že štátnozamestnanecký pomer medzi stranami sporu dňom 31.12.2003 sa platne skončil. V tejto súvislosti súd musel vykonávať rozsiahle dokazovanie zamerané aj na preukázanie tvrdení žalobcu, že štátnozamestnanecký pomer nebol skončený dňom 31.12.2003 platne, od čoho sa nepochybne odvíja aj samotný nárok žalobcu na zaplatenie funkčných platov v súvislosti s neplatným skončením štátnozamestnaneckého pomeru. Ako je uvedené vyššie súd prvej inštancie z vykonaného dokazovania vyvodil správne skutkové závery a vec rozhodol aj právne správne. Vykonaným dokazovaním bolo nepochybne preukázané, že sám žalobca v polovici mesiaca december 2003 požiadal o skončenie štátnozamestnaneckého pomeru, ktoré podanie v originále neskôr zobral, od ktorého sa potom odvíjali všetky právne úkony. Žalobca v odvolaní vôbec nenamietal, žeby súd prvej inštancie nesprávne vyrátal za uplatnený čas brutto funkčný plat, netto funkčný plat, čas omeškania, presnú výšku sankcie pre omeškanie žalovaného, rozsah zamietnutia žaloby. 14. Vecne a právne správne je aj odvolaním napadnuté opravné uznesenie a ako také odvolací súd potvrdil (§ 387 ods. 1 C.s.p.). Totiž súd prvej inštancie vyhlásil rozsudok dňa 15.10.2013, a priznal žalobcovi úrok z omeškania vo výške 8 % ročne. Takto vyhláseným rozsudkom bol viazaný (§ 156 ods. 4 O.s.p.). Správne potom súd postupoval podľa ustanovenia § 164 O.s.p. a napadnutým opravným uznesením (ale aj ďalším opravným uznesením, ktorý odvolaním napadnutý nebol) túto zrejmú nesprávnosť odstránil. 15.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16.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17. O náhrade trov odvolacieho konania odvolací súd rozhodol podľa § 396 ods. l, § 255 ods. 1 v spojení s § 262 ods. 1 C.s.p. (procesného predpisu platného a účinného v čase rozhodovania odvolacieho súdu) a žalovanému, ktorý mal v odvolacom konaní plný úspech, priznal nárok náhradu trov odvolacieho konania v rozsahu 100 %. V zmysle § 262 ods. 2 C.s.p. o výške náhrady trov konania rozhodne súd prvej inštancie po právoplatnosti rozhodnutia, ktorým sa konanie končí, samostatným uznesením, ktoré vydá súdny úradník.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https://www.kauzis.sk/judikatura/r/ECLI:SK:KSBA:2017:1016201451.1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