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6S/330/2016 z 15. 1. 2017</w:t>
      </w:r>
    </w:p>
    <w:p>
      <w:r>
        <w:t>Uznesenie Krajského súdu Bratislava z 15. januára 2017, sp. zn. 6S/330/2016, ECLI:SK:KSBA:2017:1016201647.1</w:t>
      </w:r>
    </w:p>
    <w:p>
      <w:r>
        <w:t>Súd: Krajský súd Bratislava</w:t>
      </w:r>
    </w:p>
    <w:p>
      <w:r>
        <w:t>Spisová značka: 6S/330/2016</w:t>
      </w:r>
    </w:p>
    <w:p>
      <w:r>
        <w:t>ECLI: ECLI:SK:KSBA:2017:1016201647.1</w:t>
      </w:r>
    </w:p>
    <w:p>
      <w:r>
        <w:t>Dátum vydania: 15. 1. 2017</w:t>
      </w:r>
    </w:p>
    <w:p>
      <w:r>
        <w:t>Forma: Uznesenie</w:t>
      </w:r>
    </w:p>
    <w:p>
      <w:pPr>
        <w:pStyle w:val="Heading2"/>
      </w:pPr>
      <w:r>
        <w:t>Text rozhodnutia</w:t>
      </w:r>
    </w:p>
    <w:p>
      <w:r>
        <w:t>Súd: Krajský súd Bratislava Spisová značka: 6S/330/2016 Identifikačné číslo súdneho spisu: 1016201647 Dátum vydania rozhodnutia: 16. 01. 2017 Meno a priezvisko sudcu, VSÚ: JUDr. Vlastimil Pavlikovský ECLI: ECLI:SK:KSBA:2017:1016201647.1 Uznesenie Krajský súd v Bratislave v právnej veci žalobcu: N. S., N. XXX/XX, XXX XX I. S., právne zastúpený: Advokátska kancelária JUDr. Marta Gahérová, Gr?sslingova 58, 811 09 Bratislava, proti žalovanému: Sociálna poisťovňa, ústredie, Ul. 29. augusta 8, 813 63 Bratislava, o preskúmanie zákonnosti rozhodnutia žalovaného č. 39977-2/2016-BA zo dňa 11.07.2016 a o odklade vykonateľnosti, takto r o z h o d o l : Krajský súd v Bratislave p r i z n á v a žalobe vo veci preskúmania zákonnosti rozhodnutia Sociálnej poisťovne, ústredie č. 39977-2/2016-BA zo dňa 11.07.2016 odkladný účinok, a to až do právoplatnosti rozhodnutia správneho súdu vo veci samej. o d ô v o d n e n i e : 1. Žalobou podanou na Krajskom súde v Bratislave dňa 06.09.2016 sa žalobca domáhal preskúmania zákonnosti rozhodnutia žalovaného č. 39977-2/2016-BA zo dňa 11.07.2016, ktorým žalovaný odvolanie žalobcu ako účastníka správneho konania zamietol a rozhodnutie Sociálnej poisťovne, pobočka Bratislava č. 700-0212799716-GC04/16 zo dňa 06.04.2016 o uložení penále v sume 2.783,14 €, potvrdil. 2. Spolu s podanou žalobou sa žalobca domáhal aj priznania odkladného účinku žaloby, pričom tento návrh odôvodnil tak, že okamžitým výkonom napadnutého rozhodnutia v spojení s prvostupňovým rozhodnutím hrozí žalobcovi závažná finančná škoda. K odôvodneniu žiadosti o odklad vykonateľnosti podľa žalobcu prispievajú aj jeho majetkové a hospodárske pomery, nakoľko nedisponuje dostatočnými finančnými prostriedkami na úhradu vyrubeného penále. Poukázal aj na to, že odkladom vykonateľnosti nedôjde k poškodeniu alebo ohrozeniu práv a právom chránených záujmov tretích osôb ani štátu.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možnej platobnej neschopnosti. 7. Vzhľadom na vyššie uvedené skutočnosti postupoval správny súd v súlade s § 185 písm. a) SSP a rozhodol o žiadosti žalobcu spôsobom uvedeným vo výroku tohto uznesenia tak, že žalobe priznal odkladný účinok. 8.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https://www.kauzis.sk/judikatura/r/ECLI:SK:KSBA:2017:1016201647.1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