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6S/326/2016 z 12. 7. 2017</w:t>
      </w:r>
    </w:p>
    <w:p>
      <w:r>
        <w:t>Rozsudok Krajského súdu Bratislava z 12. júla 2017, sp. zn. 6S/326/2016, ECLI:SK:KSBA:2017:1016201648.2</w:t>
      </w:r>
    </w:p>
    <w:p>
      <w:r>
        <w:t>Súd: Krajský súd Bratislava</w:t>
      </w:r>
    </w:p>
    <w:p>
      <w:r>
        <w:t>Spisová značka: 6S/326/2016</w:t>
      </w:r>
    </w:p>
    <w:p>
      <w:r>
        <w:t>ECLI: ECLI:SK:KSBA:2017:1016201648.2</w:t>
      </w:r>
    </w:p>
    <w:p>
      <w:r>
        <w:t>Dátum vydania: 12. 7. 2017</w:t>
      </w:r>
    </w:p>
    <w:p>
      <w:r>
        <w:t>Forma: Rozsudok</w:t>
      </w:r>
    </w:p>
    <w:p>
      <w:r>
        <w:t>Oblasť práva: Správne právo</w:t>
      </w:r>
    </w:p>
    <w:p>
      <w:pPr>
        <w:pStyle w:val="Heading2"/>
      </w:pPr>
      <w:r>
        <w:t>Text rozhodnutia</w:t>
      </w:r>
    </w:p>
    <w:p>
      <w:r>
        <w:t>Súd: Krajský súd Bratislava Spisová značka: 6S/326/2016 Identifikačné číslo súdneho spisu: 1016201648 Dátum vydania rozhodnutia: 13. 07. 2017 Meno a priezvisko sudcu, VSÚ: Mgr. Marián Degma ECLI: ECLI:SK:KSBA:2017:1016201648.2 ROZSUDOK V MENE SLOVENSKEJ REPUBLIKY Krajský súd v Bratislave v senáte zloženom z predsedu senátu Mgr. Mariána Degmu a členov senátu JUDr. Andrey Kriškovej a JUDr. Otílie Belavej v právnej veci žalobcu: L. Y., X. L. XXX/XX, XXX XX U. Y., zastúpený: Advokátska kancelária JUDr. Marta Gahérová, so sídlom Grösslingová 58, 811 09 Bratislava, proti žalovanému: Sociálna poisťovňa, ústredie, so sídlom Ul. 29. augusta č. 8, 813 63 Bratislava, o preskúmanie zákonnosti rozhodnutia žalovaného číslo: 39980-2/2016-BA zo dňa 11.07.2016, a číslo: 39977-2/2016-BA zo dňa 11.07.2016, jednohlasne, takto r o z h o d o l : Krajský súd v Bratislave žalobu zamieta. Žalovanému sa náhrada trov konania nepriznáva. o d ô v o d n e n i e : 1. V zákonnej lehote podanou žalobou sa domáhal žalobca zrušenia rozhodnutia žalovaného číslo: 39980-2/2016-BA vydaného dňa 11.07.2016, ako aj rozhodnutia žalovaného číslo: 39977-2/2016-BA zo dňa 11.07.2016 a im predchádzajúcim rozhodnutí prvostupňového správneho orgánu - Sociálnej poisťovne, pobočka Bratislava číslo: 700 - 0212799416-GC04/16 zo dňa 06.04.2016 a rozhodnutia číslo: 700-0212799716-GC04/16 zo dňa 06.04.2016, vrátenia veci žalovanému na ďalšie konanie a priznania náhrady trov konania. Zároveň žiadal priznať podanej žalobe odkladný účinok, čomu súd vyhovel uzneseniami č. k. 6S/326/16-40 a č. k. 6S/330/16-45. Priebeh administratívneho konania a rozhodnutia správnych orgánov. 2. Z obsahu pripojeného administratívneho spisu žalovaného súd zistil, že potom, čo bolo žalobcovi vyrubené rozhodnutiami Sociálnej poisťovni, pobočka Bratislava poistné na nemocenské poistenie, poistné na starobné poistenie a príspevky na starobné dôchodkové sporenie, poistné na invalidné poistenie, poistné do rezervného fondu solidarity (ďalej len poistné a príspevky) žalobca písomnosťami zo dňa 08.01.2015 (žiadosť o splátkový kalendár) požiadal prvostupňový správny orgán o povolenie splácať vzniknutý dlh (dlžné poistné) v splátkach, na čo mu boli doručené písomnosti zo dňa 10.02.2015 - Oznámenie k žiadosti o splátkový kalendár (ďalej len Oznámenie), ktorým mu prvostupňový správny orgán oznámil, že z dôvodu nemožnosti posúdenia jeho schopnosti plniť si odvodové povinnosti v čase rozhodovania o povolení splátok dlhu o predmetných žiadostiach nemohol rozhodovať. Zároveň mu prvostupňový správny orgán predložil návrh uznania dlhu (podľa § 558 Občianskeho zákonníka), súčasťou ktorého bol splátkový kalendár obsahujúci 12 splátok dlhu rozložených na obdobie od 31.03.2015 do 28.02.2015. Súčasťou administratívneho spisu je žalobcom podpísané uznanie dlhu. 3. Prvostupňový správny orgán - Sociálna poisťovňa, pobočka Bratislava dňa 06.04.2016 vydal rozhodnutie číslo: 700 - 0212799416-GC04/16, ktorým bolo žalobcovi predpísané penále v sume 534,90 € za obdobie mesiacov júl 2008 až december 2008 a toho istého dňa vydal rozhodnutie číslo: 700 - 0212799716-GC04/16, ktorým bolo žalobcovi predpísané penále v sume 2 783,14 € za obdobie mesiacov január 2009 až jún 2011. Obe penále bolo vypočítané z dlžnej sumy poistného a príspevkov vo výške 0,05 % z dlžnej sumy za každý deň omeškania odo dňa splatnosti poistného do dňa, keď bola dlžná suma poukázaná na účet Sociálnej poisťovne v Štátnej pokladnici. Súčasťou rozhodnutí bola príloha ozrejmujúca výpočet a celkovú výšku predpísaného penále za dané obdobie (júl 2008 až december 2008 a január 2009 až jún 2011). Rozhodnutia boli odôvodnené tým, že žalobca ako samostatne zárobkovo činná osoba mal povinnosť odviesť poistné a príspevky za vyššie uvedené obdobia včas, čo však neučinil. 4. Voči obom vyššie uvedeným rozhodnutiam podal v zákonnej lehote žalobca odvolania (obe zo dňa 21.04.2016), dôvodiac nesprávnym právnym posúdením veci, nakoľko postup prvostupňového správneho orgánu pokladal za rozporný s ust. § 146 ods. 4 zákona č. 461/2003 Z. z. o sociálnom poistení v znení neskorších predpisov (ďalej len zákon č. 461/2003 Z. z.), keďže dlžné sumy poistného a príspevkov mal povolené splácať v splátkach a termíny splátok dodržal. Preto penále viažuce sa na toto dlžné poistné a príspevky sociálna poisťovňa nebola oprávnená predpísať. 5. O podaných odvolaniach žalobcu rozhodol žalovaný dňa 11.07.2016 napadnutými rozhodnutiami číslo: 39980-2/2016-BA (ďalej len rozhodnutie č. 1/), a číslo: 39977-2/2016-BA (ďalej len rozhodnutie č. 2/), ktorými obe žalobcom podané odvolania zamietol a prvostupňové rozhodnutia Sociálnej poisťovne, pobočka Bratislava potvrdil. Vyššie uvedené rozhodnutia č. 1/ a č. 2/ žalovaný odôvodnil identicky s tým, že v odvolacom konaní bolo zistené, že žalobcovi bolo v zmysle § 558 Občianskeho zákonníka povolené splácanie pohľadávky Sociálnej poisťovne (žalobca ako samostatne zárobkovo činná osoba, poistné a príspevky za v rozhodnutiach prvostupňového správneho orgánu špecifikované obdobie neodviedol včas, čím došlo k porušeniu § 143 ods. 1 zákona č. 461/2003 Z. z. a § 28 ods. 1 zákona č. 43/2004 Z. z. o starobnom dôchodkovom sporení v znení neskorších predpisov /ďalej len zákon č. 43/2004 Z. z./, preto bolo Sociálnou poisťovňou, pobočka Bratislava predpísané penále v súlade s § 240 ods. 1 zákona č. 461/2003 Z. z.). Na obdobie, ktoré bolo predmetom prvostupňových rozhodnutí sa ust. § 146 ods. 4 zákona č. 461/2003 Z. z. nevzťahovalo, pretože žalobcovi (účastníkovi správneho konania) nebolo povolené splácanie dlžných súm podľa § 146 ods. 1 zákona č. 461/2003 Z. z. Žaloba. 6. Žalobca považoval obe napadnuté rozhodnutia za nezákonné z dôvodu nesprávneho právneho posúdenia veci, ako aj ich nepreskúmateľnosti pre nedostatok dôvodov. Uviedol, že si bol vedomý svojho nedoplatku na poistnom, a preto požiadal Sociálnu poisťovňu o splátkový kalendár predpísaného dlžného poistného. Sociálna poisťovňa mu oznámila, že o jeho žiadosti o povolenie splátok nemôže rozhodovať, ale tým, že prejavil snahu o dobrovoľne splácať nedoplatok, mu zasiela uznanie dlhu, ktoré on podpísal a v stanovených termínoch dlžné poistné uhradil v celom rozsahu. 7. Potom mal žalobca za to, že Sociálna poisťovňa, pobočka Bratislava mu povolila splácať dlžné poistné predpísané jej rozhodnutiami. Napadnutými rozhodnutiami mu bolo predpísané penále viažuce sa na dlžné poistné, ktoré mu bolo povolené splácať v splátkach Sociálnou poisťovňou. Vyjadril presvedčenie, že nebolo rozhodujúce a právne relevantné, ako svoje rozhodnutie o povolení splácať poistné označila Sociálna poisťovňa. Pri rozhodovaní o jeho žiadosti o povolenie splácať poistné Sociálna poisťovňa, pobočka Bratislava porušila ust. § 146 zákona č. 461/2003 Z. z., tým že mu uviedla, že nemôže o jeho písomnej žiadosti o povolenie splátok rozhodovať ako aj tým, že mu splácanie poistného napokon povolila s odvolaním sa na súkromnoprávny predpis, keďže je oprávnená rozhodovať o povolení splátok len podľa § 146 zákona č. 461/2003 Z. z. Vzťah medzi Sociálnou poisťovňou a poistencom je vzťahom verejnoprávnym, na ktorý sa výlučne vzťahuje zákon č. 461/ 2003 Z. z. a na konanie pred Sociálnou poisťovňou nie je možné použiť Občiansky zákonník ako súkromnoprávny predpis. Žiadne ustanovenie neumožňuje Sociálnej poisťovni rozhodovať o povolení splátok na poistnom podľa Občianskeho zákonníka, a preto mohla povoliť splácať dlžné poistné len podľa zákona č. 461/2003 Z. z., bez ohľadu na označenie povolenia splátok. 8. Záverom žalobca skonštatoval, že z ust. § 146 ods. 4 zákona č. 461/2003 Z. z. vyplynulo, že v danom prípade Sociálna poisťovňa nebola oprávnená predpísať mu penále viažuce sa na poistné za obdobie júl 2008 - december 2008 a január 2009 až jún 2011, pretože dlžné sumy na poistnom za toto obdobie mu povolila splácať a on podľa rozpisu splátok dlžné poistné aj uhradil. 9. Podaním zo dňa 18.01.2017 žalobca reagoval na vyjadrenie žalovaného k žalobe, pričom považoval tvrdenia žalovaného o nemožnosti posúdenia jeho schopnosti plniť si odvodové povinnosti, čím nespĺňal predpoklad podmieňujúci povolenie splátok dlžných súm poistného podľa § 146 ods. 1 zákona č. 461/2003 Z. z. za nepravdivé, nakoľko v čase prejednania jeho žiadosti o povolenie splátok bol naďalej poistencom, teda bol povinný platiť a odvádzať poistné, a to ako zamestnanec, t. z. jeho odvodová povinnosť nezanikla, len sa zmenila kategória poistenca. Ohľadom formy povolenia splátok dlžného poistného uviedol, že nie uznanie dlhu bolo povolením splátok, ale písomnosť Sociálnej poisťovne, pobočka Bratislava „Oznámenie k žiadosti o splátkový kalendár“ zo dňa 10.02.2015. Záverom poukázal na to, že z § 146 ods. 1 zákona č. 461/2003 Z. z. nevyplýva, že o povolení splácať dlžné sumy poistného je poisťovňa povinná vydať rozhodnutie. Vyjadrenie žalovaného. 10. Žalovaný sa k žalobe vyjadril obsahovo totožnými podaniami zo dňa 26.10.2016 a 07.11.2016, v ktorých ju žiadal ako nedôvodnú zamietnuť, pričom zotrval na dôvodoch svojich napadnutých rozhodnutí. 11. Poukázal na to, že ak samostatne zárobkovo činná osoba neodvedie poistné a príspevky včas a v správnej sume je v zmysle § 240 ods. 1 zákona č. 461/2003 Z. z. povinný mu predpísať penále. Ustanovenie § 146 zákona č. 461/2003 Z. z. sa vzťahuje len na poistencov pri splnení ďalších podmienok ustanovených v danom zákone. Uviedol, že pri prejednaní žiadosti žalobcu o povolenie splátok dlžného poistného bolo zistené, že žalobcovi zaniklo povinné nemocenské a dôchodkové poistenie samostatne zárobkovo činnej osoby dňa 30.06.2011 a preto od tohto dátumu nebol povinný platiť a odvádzať poistné ako samostatne zárobkovo činná osoba. V čase prejednania žiadosti žalobcu nebolo možné posúdiť jeho schopnosť plniť si odvodové povinnosti a preto nespĺňal predpoklad na povolenie splátok dlžného poistného podľa § 146 ods. 1 zákona č. 461/2003 Z. z. 12. Žalovaný mal za to, že uznanie dlhu nemožno stotožňovať s povolením splátok dlžných súm poistného podľa § 146 ods. 1 zákona č. 461/2003 Z. z., čo poukázala aj samotná forma listiny, ktorou žalobca uznal dlh. Sociálna poisťovňa rozhoduje o povolení splátok dlžného poistného rozhodnutím. Keďže v danom prípade nebolo žalobcovi povolené splácať dlžné sumy poistného podľa § 146 ods. 1 zákona č. 461/2003 Z. z., nemohla Sociálna poisťovňa aplikovať pri predpísaní penále § 146 ods. 4 citovaného zákona. 13. Záverom žalovaný poukázal na rozsudok Krajského súdu v Banskej Bystrici sp. zn. 23S/241/2014 potvrdený rozsudkom Najvyššieho súdu SR sp. zn. 4Sžo/51/2016 ohľadom posúdenia inštitútu uznania dlhu podľa § 558 Občianskeho zákonníka. Posúdenie skutkových tvrdení a právnej argumentácie. 14. Krajský súd v Bratislave ako správny súd vecne a miestne príslušný na konanie vo veci (§ 10, § 11 ods. 1 SSP) preskúmal napadnuté rozhodnutia v rozsahu dôvodov uvedených v žalobe, a to na nariadenom pojednávaní konanom za prítomnosti oboch procesných strán a dospel k záveru, že žaloba dôvodná nie je. 15. Podľa § 2 ods. 1 SSP v správnom súdnictve poskytuje správny súd ochranu právam alebo právom chráneným záujmom fyzickej osoby a právnickej osoby v oblasti verejnej správy a rozhoduje v ďalších veciach ustanovených týmto zákonom. 16.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177 ods. 1 SSP správnou žalobou sa žalobca môže domáhať ochrany svojich subjektívnych práv proti rozhodnutiu orgánu verejnej správy alebo opatreniu orgánu verejnej správy. 18. Podľa § 146 ods. 1 zákona č. 461/2003 Z. z. Sociálna poisťovňa môže na základe písomnej žiadosti fyzickej osoby alebo právnickej osoby povinnej odvádzať poistné povoliť splátky dlžných súm pre platobnú neschopnosť tejto osoby, ak dôvodne možno predpokladať, že v období nie dlhšom ako 18 mesiacov bude schopná zaplatiť dlžné sumy poistného, a ak je už v čase rozhodovania o povolení splátok týchto dlžných súm schopná plniť odvodové povinnosti. 19. Podľa § 146 ods. 4 zákona č. 461/2003 Z. z. na povolené sumy splátok dlžných súm sa ustanovenie o predpísaní penále nepoužije. 20. Podľa § 178 ods. 1 písm. a) bod 10 zákona č. 461/2003 Z. z. do pôsobnosti pobočky patrí rozhodovať v prvom stupni o povolení splátok dlžných súm dávok, poistného, príspevku na starobné dôchodkové sporenie, pokuty a penále. 21. Podľa § 240 ods. 1 zákona č. 461/2003 Z. z.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22. Podľa § 34 Občianskeho zákonníka právny úkon je prejav vôle smerujúci najmä k vzniku, zmene alebo zániku tých práv alebo povinností, ktoré právne predpisy s takýmto prejavom spájajú. 23. Podľa § 558 Občianskeho zákonníka, ak niekto uzná písomne, že zaplatí svoj dlh určený čo do dôvodu aj výšky, predpokladá sa, že dlh v čase uznania trval. Pri premlčanom dlhu má také uznanie tento právny následok, len ak ten, kto dlh uznal, vedel o jeho premlčaní. 24. Predmetom súdneho prieskumu bolo posúdenie, či preskúmavané rozhodnutia vydané žalovaným ako aj prvostupňovým správnym orgánom (Sociálna poisťovňa, pobočka Bratislava) boli vydané v súlade so zákonom č. 461/2003 Z. z. vzhľadom na vznesené námietky nesprávneho právneho posúdenia veci a nepreskúmateľnosti napadnutých rozhodnutí. 25. Úlohou súdu v rámci preskúmania zákonnosti rozhodnutia a postupu správneho orgánu podľa SSP je posudzovať, či správny orgán vecne príslušný na konanie si zadovážil dostatok skutkových podkladov pre vydanie rozhodnutia, či náležite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právnou úpravou správneho konania na posudzovanú vec sa vzťahujúcu v danom prípade zákon č. 461/2003 Z. z.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26. V prejednávanej veci je súd názoru, že obe napadnuté rozhodnutia žalovaného obsahujú všetky formálne aj obsahové náležitosti vyplývajúce z § 209 ods. 1, 2, 3, 4 zákona č. 461/2003 Z. z. Súd pripúšťa, že odôvodnenie (identické) oboch napadnutých rozhodnutí je strohé avšak obsahujúce primeranú správnu úvahu, čo umožnilo ich podrobiť súdnemu prieskumu. Obe napadnuté rozhodnutia reagujú na všetky relevantné námietky uvedené v odvolaniach žalobcu podaných voči prvostupňovým rozhodnutiam správnych orgánov a tieto dostatočne jasne vysvetľujú. 27. Ohľadom námietky nesprávneho právneho posúdenie veci súd uvádza, že zákon č. 461/2003 Z. z. v § 146 presne vymedzuje postup, ktorý musí byť dodržaný, aby mohlo dôjsť k relevantnému povoleniu splátok dlžného poistného. V rámci tohto postupu sa v prvom rade predpokladá písomná žiadosť fyzickej alebo právnickej osoby, ktorá je povinná odvádzať poistné (žalobca). Ďalej nastupuje skúmanie dôvodnosti predpokladu, že v období nie dlhšom ako 18 mesiacov bude žiadateľ o splátky schopný zaplatiť dlžné sumy poistného a zároveň už v čase rozhodovania o povolení splátok týchto dlžných súm je schopný plniť odvodové povinnosti. Výsledkom tohto postupu je potom rozhodnutie Sociálnej poisťovne o povolení splátok alebo rozhodnutie o zamietnutí žiadosti o ich povolenie, ak sa uvedené podmienky nepodarí preukázať, resp. splniť (viď § 178 ods. 1 písm. a/ bod 10 zákona č. 461/2003 Z. z.). Potom námietka žalobcu o tom, že o jeho žiadosti povolenia splácať dlžné sumy poistného nie je Sociálna poisťovňa povinná vydať rozhodnutie nie je správny. Práve naopak o žiadosti žiadateľa o povolenia splátok je správny orgán (Sociálna poisťovňa) povinný vydať rozhodnutie obsahujúce všetky zákonné náležitosti. 28. V danom prípade z postupu Sociálnej poisťovne je celkom jasné, že žalobcovi neboli povolené splátky dlhu na základe rozhodnutia prvostupňového správneho orgánu podľa § 146 ods. 1 zákona č. 461/2003 Z. z. Žalobcovi síce bolo Sociálnou poisťovňou navrhnuté postupné splácanie dlhu, s čím tento súhlasil a napokon aj podmienky splácania dlhu dodržal, takéto akceptovanie postupného splácania dlhu Sociálnou poisťovňou však nemožno považovať za povolenie splátok dlhu tak, ako to predpokladá § 146 zákona č. 461/2003 Z. z. Súdu sa tento postup Sociálnej poisťovne javil ako ústretový krok, keď po prejavení záujmu žalobcu splatiť svoj dlh, hoci aj postupne (čo deklaroval žiadosťou o povolenie splátok), umožnila mu dlh splatiť v splátkach a vyhnúť sa tým prípadnému nútenému výkonu rozhodnutia, s čím by boli spojené pre neho ďalšie výdavky. Postup prvostupňového správneho orgánu (predpísanie penále žalobcovi) nemožno preto považovať za nesprávny. Naopak, bolo povinnosťou prvostupňového správneho orgánu predmetné penále žalobcovi predpísať, a to vzľadom na skutočnosť, že ustanovenie § 240 ods. 1 cit. zákona je kogentným ustanovením nepripúšťajúcim modifikáciu a ani vylúčenie jeho normatívneho (zaväzujúceho) účinku. V dôsledku skutočnosti, že prvostupňový správny orgán nevyhovel žiadosti žalobcu o povolenie splátok podľa § 146 zákona č. 461/2003 Z. z. a dlžné poistné žalobca nezaplatil včas, prvostupňový správny orgán už nemal zákonné prostriedky predpísané penále a príspevky mu odpustiť resp. znížiť. Z uvedeného teda vyplýva, že žalovaný postupoval v súlade s § 240 zákona č. 461/2003 Z. z., keď žalobcovi v preskúmavaných rozhodnutiach penále predpísal. 29. Na uvedenom nič nemení ani skutočnosť, že žalobca uznaný dlh postupne v dohodnutých lehotách splatil v celom rozsahu. Podstatou v danej veci totiž nie je samotné splácanie dlhu v splátkach (v tomto prípade po uznaní dlhu), ale skutočnosť, že pri uznaní dlhu žalobcom a následnom postupnom splatení dlhu absentuje rozhodnutie Sociálnej poisťovne o povolení splátok podľa § 146 ods. 1 zákona č. 461/2003 Z. z., a to za podmienok opísaných v bode 27 odôvodnenia tohto rozsudku. Ustanovenia § 146 zákona č. 461/2003 Z. z. je totiž potrebné vykladať aj s ohľadom na úmysel zákonodarcu. To znamená, že ak by podmienkou na nemožnosť penalizovania účastníka správneho konania bolo akékoľvek postupné splácanie dlhu, zákon by vôbec nevymedzoval procedurálny postup pri rozhodovaní Sociálnej poisťovne o povolení splátok a podmienky, za ktorých by bolo možné jej rozhodnutím splátky žiadateľovi povoliť. Stačilo by iba akceptovanie postupného splácania dlhu. Keďže zákonodarca ustanovil ako podmienku nemožnosti penalizovať existenciu rozhodnutia podľa § 146 ods. 1 zákona č. 461/2003 Z. z., na všetky ostatné prípady postupného splácania (aj po uznaní dlhu), nemožno aplikovať § 146 ods. 4 zákona č. 461/2003 Z. z. Z uvedeného vyplýva, že povolenie postupného splácania dlhu po jeho uznaní nie je možné považovať za rozhodnutie o povolení splátok podľa § 146 ods. 1 zákona č. 461/2003 Z. z. Inštitút uznania dlhu podľa § 558 Občianskeho zákonníka je zabezpečovacím inštitútom pohľadávky veriteľa, to však neznamená, že po splnení záväzku (dlhu) na základe uznania dlhu a s ním súvisiaceho splátkového kalendára nastala situácia, že by Sociálna poisťovňa nemala na tento prípad aplikovať ustanovenie zákona č. 461/2003 Z. z. o predpísaní penále (§ 240 ods. 1 zákona č. 461/2003 Z. z.). Podľa presvedčenia súdu nič nebránilo žalobcovi ako dlžníkovi Sociálnej poisťovni, aby nemohol uznať svoj dlh na poistnom. Ide o jednostranný právny úkon žalobcu slúžiaci na zabezpečenie pohľadávky veriteľa (Sociálnej poisťovne). 30. Súd poukazuje na obsah Oznámenia prvostupňového správneho orgánu zo dňa 10.02.2015, z ktorého aj žalobca ako laik (bez právnického vzdelania) musel zistiť, že správny orgán mu nepovolil splácať vzniknutý dlh podľa § 146 ods. 1 zákona č. 461/2003 Z. z. s výhodou odpustenia penále (§ 146 ods. 4 citovaného zákona). Ak mal žalobca pochybnosť o následkoch postupného splatenia dlhu predloženého mu Sociálnou poisťovňou mal možnosť požiadať správny orgán o vysvetlenie, aké oprávnenia a nároky pre neho vyplývajú z písomnosti, ktorú mu prvostupňový správny orgán zaslal spolu s uznaním dlhu, čo však neučinil. V danom prípade došlo medzi žalobcom a Sociálnou poisťovňou k dohode o splácaní jeho dlhu avšak mimo rámca § 146 ods. 1 zákona č. 461/2003 Z. z. a preto ani nemohol nastúpiť účinok odpustenia penále predpokladaný v § 146 ods. 4 zákona č. 461/2003 Z. z. 31. S poukazom na vyššie uvedené skutočnosti dospel súd k záveru, že žaloba v rozsahu podaných námietok dôvodná nie je, napadnuté rozhodnutia boli vecne správne, vydané v súlade so zákonom, zodpovedajúcim postupom konajúcich správnych orgánov a preto ju podľa § 190 SSP zamietol. 32.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33.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https://www.kauzis.sk/judikatura/r/ECLI:SK:KSBA:2017:1016201648.2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