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5S/183/2016 z 16. 1. 2017</w:t>
      </w:r>
    </w:p>
    <w:p>
      <w:r>
        <w:t>Uznesenie Krajského súdu Bratislava z 16. januára 2017, sp. zn. 5S/183/2016, ECLI:SK:KSBA:2017:1016201723.1</w:t>
      </w:r>
    </w:p>
    <w:p>
      <w:r>
        <w:t>Súd: Krajský súd Bratislava</w:t>
      </w:r>
    </w:p>
    <w:p>
      <w:r>
        <w:t>Spisová značka: 5S/183/2016</w:t>
      </w:r>
    </w:p>
    <w:p>
      <w:r>
        <w:t>ECLI: ECLI:SK:KSBA:2017:1016201723.1</w:t>
      </w:r>
    </w:p>
    <w:p>
      <w:r>
        <w:t>Dátum vydania: 16.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5S/183/2016 Identifikačné číslo súdneho spisu: 1016201723 Dátum vydania rozhodnutia: 17. 01. 2017 Meno a priezvisko sudcu, VSÚ: JUDr. Viera Šebestová ECLI: ECLI:SK:KSBA:2017:1016201723.1 Uznesenie Krajský súd v Bratislave v právnej veci žalobcu: Vysoká škola výtvarných umení v Bratislave, so sídlom: Hviezdoslavovo nám. 18, 814 37 Bratislava, IČO: 00 157 805, zastúpený: MAPLE &amp; FISH s.r.o., so sídlom: Dunajská 15/A, 811 08 Bratislava, proti žalovanému v 1. rade: Výskumná agentúra, so sídlom: Hanulova 5/B, 841 01 Bratislava, IČO: 31 819 494, v 2. rade: Ministerstvo školstva, vedy, výskumu a športu Slovenskej republiky, so sídlom Stromová 1, 813 30 Bratislava, IČO: 00 164 381, o preskúmanie zákonnosti rozhodnutia žalovaného - Správa o zistenej nezrovnalosti č. N21600584/S02 zo dňa 20.07.2016 a Žiadosti o vrátenie finančných prostriedkov č. 26250120030/Z05 zo dňa 20.07.2016, takto r o z h o d o l : Krajský súd v Bratislave konanie z a s t a v u j e . Žiaden z účastníkov nemá právo na náhradu trov konania. o d ô v o d n e n i e : O d ô v o d n e n i e Žalobca sa žalobou doručenou súdu dňa 16.09.2016 domáhal zrušenia rozhodnutia žalovaného - Správa o zistenej nezrovnalosti č. N21600584/S02 zo dňa 20.07.2016 a Žiadosti o vrátenie finančných prostriedkov č. 26250120030/Z05 zo dňa 20.07.2016 projektu 26250120030 „Vybudovanie výučbového centa komunikácie a vizualizácie“ a vrátenia veci žalovanému na ďalšie konanie. Podaním doručeným správnemu súdu dňa 02.11.2016 zobral žalobca žalobu späť a navrhol konanie zastaviť z dôvodu, že následne po podaní žaloby bola žalobcovi doručená Správa o zistenej nezrovnalosti č. N21600584/S02 zo dňa 24.09.2016, Žiadosti o vrátenie finančných prostriedkov č. 26250120030/Z05 zo dňa 24.09.2016, Správa o zistenej nezrovnalosti č. N21601616/S01 zo dňa 24.09.2016 a Žiadosti o vrátenie finančných prostriedkov č. 26250120030/Z06 zo dňa 24.09.2016 projektu 26250120030 „Vybudovanie výučbového centa komunikácie a vizualizácie. Tieto Správa o zistenej nezrovnalosti zo dňa 20.07.2016 a Žiadosť o vrátenie finančných prostriedkov zo dňa 20.07.2016 v celom rozsahu nahradil.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Podľa § 99 písm. a) SSP, správny súd konanie uznesením zastaví, ak žalobca vzal žalobu späť skôr, ako správny súd vo veci rozhodol. Nakoľko žalobca vzal späť žalobu pred rozhodnutím veci, správny súd v súlade s § 99 písm. a) SSP konanie zastavil. O náhrade trov konania správny súd rozhodol podľa § 170 písm. b) tak, že žiaden z účastníkov nemá právo na náhradu trov konania, nakoľko konanie bolo zastavené.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https://www.kauzis.sk/judikatura/r/ECLI:SK:KSBA:2017:1016201723.1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