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6S/231/2016 z 15. 11. 2017</w:t>
      </w:r>
    </w:p>
    <w:p>
      <w:r>
        <w:t>Uznesenie Krajského súdu Bratislava z 15. novembra 2017, sp. zn. 6S/231/2016, ECLI:SK:KSBA:2017:1016201895.2</w:t>
      </w:r>
    </w:p>
    <w:p>
      <w:r>
        <w:t>Súd: Krajský súd Bratislava</w:t>
      </w:r>
    </w:p>
    <w:p>
      <w:r>
        <w:t>Spisová značka: 6S/231/2016</w:t>
      </w:r>
    </w:p>
    <w:p>
      <w:r>
        <w:t>ECLI: ECLI:SK:KSBA:2017:1016201895.2</w:t>
      </w:r>
    </w:p>
    <w:p>
      <w:r>
        <w:t>Dátum vydania: 15. 11. 2017</w:t>
      </w:r>
    </w:p>
    <w:p>
      <w:r>
        <w:t>Forma: Uznesenie</w:t>
      </w:r>
    </w:p>
    <w:p>
      <w:pPr>
        <w:pStyle w:val="Heading2"/>
      </w:pPr>
      <w:r>
        <w:t>Text rozhodnutia</w:t>
      </w:r>
    </w:p>
    <w:p>
      <w:r>
        <w:t>Súd: Krajský súd Bratislava Spisová značka: 6S/231/2016 Identifikačné číslo súdneho spisu: 1016201895 Dátum vydania rozhodnutia: 16. 11. 2017 Meno a priezvisko sudcu, VSÚ: Mgr. Marián Degma ECLI: ECLI:SK:KSBA:2017:1016201895.2 Uznesenie Krajský súd v Bratislave v právnej veci žalobcu: POHOTOVOSŤ, s.r.o., Pribinova 25, 811 09 Bratislava, IČO: 35 807 598, proti žalovanému: Okresný úrad Bratislava, katastrálny odbor, Ružová dolina 27, 821 09 Bratislava, o preskúmanie zákonnosti rozhodnutia žalovaného č. V-8633/15 zo dňa 24.11.2015, jednohlasne, takto r o z h o d o l : Krajský súd v Bratislave konanie z a s t a v u j e. Žiaden z účastníkov nemá právo na náhradu trov konania. o d ô v o d n e n i e : 1. Krajskému súdu v Bratislave bol dňa 13.10.2016 predložený spis od Okresného úradu Bratislava, katastrálny odbor, vo veci preskúmania zákonnosti rozhodnutia žalovaného č. V-8633/15 zo dňa 24.11.2015, ktorým žalovaný zamietol žalobcov návrh na vklad záložného práva k nehnuteľnostiam v Bratislave, k.ú. B., zapísaných na LV č. XXX. 2. Uznesením č.k. 6S/231/2016-8 zo dňa 30.11.2016 Krajský súd v Bratislave, konanie zastavil, a po právoplatnosti postúpil Úradu geodézie, kartografie a katastra Slovenskej republiky na ďalšie konanie ako správnemu orgánu príslušnému na jej prejednanie a rozhodnutie. Predmetné uznesenie nadobudlo právoplatnosť dňa 03.01.2017. 3. Úrad geodézie, kartografie a katastra Slovenskej republiky postúpil vec späť Krajskému súdu v Bratislave dňa 06.06.2017. Svoje konanie odôvodnil tým, že vzhľadom na skutočnosť, že mu bolo z viacerých krajských súdov postúpených viacero odvolaní a k nim vzťahujúcich sa spisov vo veciach rozhodnutia o zamietnutí návrhu na vklad, kedy odvolanie síce bolo doručené na okresný úrad pred nadobudnutím účinnosti nových právnych predpisov upravujúcich civilný proces, avšak odvolanie bolo krajskému súdu predložené na rozhodnutie až po 01.07.2016. S takýmto postupom nesúhlasil a preto podal na Najvyšší súd SR návrh na vydanie rozhodnutia v kompetenčnom spore medzi súdom a orgánom štátnej správy. Najvyšší súd SR vo viacerých rozhodnutiach (napr. uznesenie sp. zn. 1KO/3/2017 zo dňa 04.04.2017, sp. zn. 1KO/2/2017 zo dňa 03.05.2017 a sp. zn. 1KO/13/2017 zo dňa 03.05.2017) dospel k záveru, že ak bolo odvolanie doručené okresnému úradu pred nadobudnutím účinnosti nových právnych predpisov upravujúcich civilný proces, t.j. pred 01.07.2016, je daná právomoc súdu na rozhodnutie o odvolaní proti rozhodnutiu o zamietnutí návrhu na vklad; deň predloženia spisu a odvolanie krajskému súdu je z hľadiska posúdenia právomoci na rozhodnutie o odvolaní proti rozhodnutiu o zamietnutí návrhu na vklad bez právneho významu. 4. Dňa 08.09.2017 bolo Krajskému súdu v Bratislave doručené podanie z Okresného úradu Bratislava, katastrálny odbor, ktorému bol doručený list žalobcu zo dňa 29.06.2017, ktorým žiadal o späťvzatie odvolania nakoľko p. Ashley Vik uhradila svoj dlh voči žalobcovi, a to v plnej výške. 5. Podľa § 63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Z názoru kompetenčného senátu Najvyššieho súdu SR vyplýva záver, že ak bolo odvolanie doručené okresnému úradu pred nadobudnutím účinnosti nových právnych predpisov upravujúcich civilný proces, t.j. pred 01.07.2016, je daná právomoc súdu na rozhodnutie o odvolaní proti rozhodnutiu o zamietnutí návrhu na vklad. Odvolanie žalobcu bolo doručené okresnému úradu dňa 21.12.2015, z čoho vzhľadom na vyššie uvedené vyplýva, že o odvolaní žalobcu je príslušný rozhodovať Krajský súd v Bratislave. 8. Konanie o podanom odvolaní žalobcu tak Krajský súd v Bratislave analogicky považoval za konanie o žalobe, a vzhľadom na skutočnosť, že žalobca podaním doručeným súdu dňa 12.12.2017 vzal svoje odvolanie voči rozhodnutiu Okresného úradu Bratislava, katastrálny odbor č. V-8633/15 zo dňa 24.11.2015 o zamietnutí návrhu na vklad záložného práva k nehnuteľnostiam v Bratislave späť, správny súd v zmysle § 99 písm. a) SSP konanie zastavil. 9. O náhrade trov konania súd rozhodol podľa § 170 písm. a) SSP tak, že žiaden z účastníkov konania nemá právo na náhradu trov konania, nakoľko konanie bolo zastavené 10.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https://www.kauzis.sk/judikatura/r/ECLI:SK:KSBA:2017:1016201895.2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