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6S/328/2016 z 8. 2. 2017</w:t>
      </w:r>
    </w:p>
    <w:p>
      <w:r>
        <w:t>Uznesenie Krajského súdu Bratislava z 8. februára 2017, sp. zn. 6S/328/2016, ECLI:SK:KSBA:2017:1016201905.2</w:t>
      </w:r>
    </w:p>
    <w:p>
      <w:r>
        <w:t>Súd: Krajský súd Bratislava</w:t>
      </w:r>
    </w:p>
    <w:p>
      <w:r>
        <w:t>Spisová značka: 6S/328/2016</w:t>
      </w:r>
    </w:p>
    <w:p>
      <w:r>
        <w:t>ECLI: ECLI:SK:KSBA:2017:1016201905.2</w:t>
      </w:r>
    </w:p>
    <w:p>
      <w:r>
        <w:t>Dátum vydania: 8. 2. 2017</w:t>
      </w:r>
    </w:p>
    <w:p>
      <w:r>
        <w:t>Forma: Uznesenie</w:t>
      </w:r>
    </w:p>
    <w:p>
      <w:pPr>
        <w:pStyle w:val="Heading2"/>
      </w:pPr>
      <w:r>
        <w:t>Text rozhodnutia</w:t>
      </w:r>
    </w:p>
    <w:p>
      <w:r>
        <w:t>Súd: Krajský súd Bratislava Spisová značka: 6S/328/2016 Identifikačné číslo súdneho spisu: 1016201905 Dátum vydania rozhodnutia: 09. 02. 2017 Meno a priezvisko sudcu, VSÚ: Mgr. Marián Degma ECLI: ECLI:SK:KSBA:2017:1016201905.2 Uznesenie Krajský súd v Bratislave v právnej veci žalobcu: R.. B. F., B.., Z. X, XXX XX Z., proti žalovanej: Sociálna poisťovňa, ústredie, so sídlom Ul. 29. augusta 8 a 10, 813 63 Bratislava, o preskúmanie zákonnosti rozhodnutí žalovanej č. 43010-2/2016-BA zo dňa 09.08.2016 a č. 43014-2/2016-BA zo dňa 09.08.2016, o odkladnom účinku žaloby, takto r o z h o d o l : Krajský súd v Bratislave priznáva žalobe vo veci preskúmania zákonnosti rozhodnutí Sociálnej poisťovne, ústredie č. 43010-2/2016-BA zo dňa 09.08.2016 a č. 43014-2/2016-BA zo dňa 09.08.2016 odkladný účinok, a to až do právoplatnosti rozhodnutia správneho súdu vo veci samej. o d ô v o d n e n i e : 1. Žalobou podanou na Krajskom súde v Bratislave dňa 14.10.2016 sa žalobca domáhal preskúmania zákonnosti rozhodnutia žalovanej č. 43101-2/2016-BA zo dňa 09.08.2016, ktorým žalovaná zamietla odvolanie žalobcu a rozhodnutie Sociálnej poisťovne, pobočka Bratislava č. 700-0213048416-GC04/16 zo dňa 12.04.2016 o predpísaní penále žalobcovi vo výške X.XXX,XX eur potvrdila. Taktiež sa domáhal preskúmania zákonnosti rozhodnutia žalovanej č. 43014-2/2016-BA zo dňa 09.08.2016, ktorým žalovaná zamietla odvolanie žalobcu a rozhodnutie Sociálnej poisťovne, pobočka Bratislava č. 700-0213048516-GC04/16 zo dňa 12.04.2016 o predpísaní penále žalobcovi vo výške XXX,XX eur potvrdila. 2. Žalobca súčasne v podanej žalobe požiadal súd, aby rozhodol o odložení vykonateľnosti predmetných rozhodnutí. 3. Žalobca svoju žiadosť o odloženie vykonateľnosti rozhodnutí doplnil podaním doručeným súdu dňa 05.12.2016, v ktorej uviedol, že žalovaná pristúpila k vymáhaniu finančných čiastok uložených napadnutými rozhodnutiami a hrozí exekučné konanie, čo preukázal oznámením žalovanej z 26.10.2016 o prevedení vymáhania pohľadávky a doručením mu výziev spoločnosti, ktorá predmetné pohľadávky prevzala na vymáhanie. 4. Krajský súd v Bratislave poukazuje na to, že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a teda v danom prípade krajský súd aplikoval ustanovenia Správneho súdneho poriadku.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Správny súd považoval dôvody uvedené v žiadosti žalobcu o odklad vykonateľnosti napadnutého rozhodnutia, resp. v návrhu na priznanie odkladného účinku správnej žaloby za dôvodné, nakoľko žalobca preukázal, že žalovaná reálne pristúpila k vymáhaniu pohľadávky spolu vo výške X.XXX,XX eur. 8. Vzhľadom na vyššie uvedené skutočnosti postupoval správny súd v súlade s § 185 písm. a) SSP a rozhodol o žiadosti žalobcu spôsobom uvedeným vo výroku tohto uznesenia tak, že žalobe priznal odkladný účinok, nakoľko okamžitým výkonom žalobou napadnutého rozhodnutia hrozí žalobcovi závažná ujma ako aj finančná škoda s tým, že priznanie odkladného účinku nie je v rozpore s verejným záujmom.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https://www.kauzis.sk/judikatura/r/ECLI:SK:KSBA:2017:1016201905.2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