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1S/233/2016 z 12. 7. 2017</w:t>
      </w:r>
    </w:p>
    <w:p>
      <w:r>
        <w:t>Uznesenie Krajského súdu Bratislava z 12. júla 2017, sp. zn. 1S/233/2016, ECLI:SK:KSBA:2017:1016201914.2</w:t>
      </w:r>
    </w:p>
    <w:p>
      <w:r>
        <w:t>Súd: Krajský súd Bratislava</w:t>
      </w:r>
    </w:p>
    <w:p>
      <w:r>
        <w:t>Spisová značka: 1S/233/2016</w:t>
      </w:r>
    </w:p>
    <w:p>
      <w:r>
        <w:t>ECLI: ECLI:SK:KSBA:2017:1016201914.2</w:t>
      </w:r>
    </w:p>
    <w:p>
      <w:r>
        <w:t>Dátum vydania: 12. 7.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1S/233/2016 Identifikačné číslo súdneho spisu: 1016201914 Dátum vydania rozhodnutia: 13. 07. 2017 Meno a priezvisko sudcu, VSÚ: JUDr. Anna Peťovská PhD. ECLI: ECLI:SK:KSBA:2017:1016201914.2 Uznesenie Krajský súd v Bratislave v právnej veci žalobcu: BK, a.s., Dopravná 19, 921 01 Piešťany, (právny nástupca: 3concept a.s., so sídlom Zochova 6-8, 811 03 Bratislava, IČO: 47 003 464, zastúpený: Advokátska kancelária JUDr. Vladimír Grác, s.r.o., so sídlom Hubeného 17, 831 53 Bratislava), proti žalovanému: Daňový úrad Bratislava, Ševčenkova 32, Bratislava, o preskúmanie zákonnosti rozhodnutia žalovaného č. 103708369/2016 zo dňa 11.08.2016, takto r o z h o d o l : Správny súd konanie z a s t a v u j e. Žiaden z účastníkov nemá právo na náhradu trov konania. o d ô v o d n e n i e : 1. Správnou žalobou podanou na tunajšom správnom súde dňa 18.10.2016 sa žalobca domáhal preskúmania zákonnosti rozhodnutia žalovaného č. 103708369/2016 zo dňa 11.08.2016, ktorým žalovaný nevyhovel žiadosti žalobcu o vydanie rozhodnutia o úroku z omeškania za zdaňovacie obdobie máj 2014 v súlade s § 63 ods. 3 písm. c) zákona č. 563/2009 Z.z. v znení neskorších predpisov a úrok z omeškania žalobcovi nepriznal. Žalobca žiadal napadnuté rozhodnutie vrátane prvostupňového rozhodnutia - „Oznámenie - vyjadrenie k žiadosti o zaplatenie úroku zo zadržiavaných finančných prostriedkov“ č. 103504588/2016 zo dňa 14.07.2016 zrušiť a vec vrátiť žalovanému na ďalšie konanie, vrátane náhrady trov konania spočívajúce v zaplatenom súdnom poplatku a v trovách právneho zastúpenia. 2. Podaním doručeným správnemu súdu dňa 01.03.2017 zobral žalobca žalobu pred prejednaním veci v celom rozsahu späť bez bližšieho odôvodnenia a konanie vo veci žiadal zastaviť. Zároveň si neuplatnil náhradu trov konania. 3. Podľa § 63 zákona č. 162/2015 Z. z. Správny súdny poriadok (ďalej len „SSP“),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SSP, správny súd konanie uznesením zastaví, ak žalobca vzal žalobu späť skôr, ako správny súd vo veci rozhodol. 5. Nakoľko žalobca vzal späť žalobu pred rozhodnutím veci, správny súd v súlade s ustanovením § 99 písm. a) SSP konanie zastavil. 6. O náhrade trov konania správny súd rozhodol podľa § 170 písm. b) SSP tak, že žiaden z účastníkov nemá právo na náhradu trov konania, nakoľko konanie bolo zastavené. 7. Toto rozhodnutie senát Krajského súdu v Bratislave prijal pomerom hlasov 3 : 0 (§ 3 ods. 9 zákona č. 757/2004 Z. z. v znení zákona č. 33/2011 Z. z.).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https://www.kauzis.sk/judikatura/r/ECLI:SK:KSBA:2017:1016201914.2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