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7Sa/52/2016 z 23. 10. 2017</w:t>
      </w:r>
    </w:p>
    <w:p>
      <w:r>
        <w:t>Uznesenie Krajského súdu Bratislava z 23. októbra 2017, sp. zn. 7Sa/52/2016, ECLI:SK:KSBA:2017:1016201940.1</w:t>
      </w:r>
    </w:p>
    <w:p>
      <w:r>
        <w:t>Súd: Krajský súd Bratislava</w:t>
      </w:r>
    </w:p>
    <w:p>
      <w:r>
        <w:t>Spisová značka: 7Sa/52/2016</w:t>
      </w:r>
    </w:p>
    <w:p>
      <w:r>
        <w:t>ECLI: ECLI:SK:KSBA:2017:1016201940.1</w:t>
      </w:r>
    </w:p>
    <w:p>
      <w:r>
        <w:t>Dátum vydania: 23. 10.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7Sa/52/2016 Identifikačné číslo súdneho spisu: 1016201940 Dátum vydania rozhodnutia: 24. 10. 2017 Meno a priezvisko sudcu, VSÚ: JUDr. Beata Jurgošová ECLI: ECLI:SK:KSBA:2017:1016201940.1 Uznesenie Krajský súd v Bratislave v právnej veci žalobcu: DWC Slovakia a.s., Mlynské nivy 71, 821 05 Bratislava, IČO: 35 918 501, zastúpený: advokátska kancelária Nedelka Kubáč Oršulová advokáti s.r.o., Mickiewiczova 9, 811 07 Bratislava, proti žalovanému: Protimonopolný úrad Slovenskej republiky, Drieňová 24, 826 03 Bratislava, o žalobe proti inému zásahu orgánu verejnej správy, takto r o z h o d o l : Krajský súd v Bratislave konanie zastavuje. Žalobca má právo na náhradu trov konania v plnom rozsahu. o d ô v o d n e n i e : Uznesením sp. zn. 4Sžnz/8/2015 zo dňa 04.10.2016 postúpil Najvyšší súd Slovenskej republiky Krajskému súdu v Bratislave návrh žalobcu na ochranu pred nezákonným zásahom orgánu verejnej správy zo dňa 15.12.2015. 2. Podaním doručeným súdu dňa 21.07.2017 žalobca z dôvodu, že došlo k zastaveniu správneho konania, zastaveniu prešetrovania a likvidácii dát a dokumentov ako aj kópií dát a dokumentov, ktoré boli získané počas inšpekcie dňa 04.02.2014, respektíve následne po vykonaní tejto inšpekcie ako vyplýva zo zápisu 1/2017/OKT-IZ-623/2017 zo dňa 19.07.2017, považoval petit žaloby za bezpredmetný a zobral žalobu späť v celom rozsahu. Zároveň požiadal súd, aby mu boli priznané trovy konania podľa priloženého vyčíslenia. 3. Podľa § 63 zákona č. 162/2015 Z.z. Správny súdny poriadok (ďalej len „S.s.p.“) žalobca môže do vydania rozhodnutia správneho súdu vziať žalobu späť, a to sčasti alebo celkom. Ak je žaloba vzatá späť celkom, správny súd konanie zastaví. Ak je žaloba vzatá späť sčasti, správny súd konanie v tejto časti zastaví. O čiastočnom späťvzatí žaloby rozhodne správny súd v rozhodnutí vo veci samej. 4. Podľa § 99 písm. a) S.s.p. správny súd konanie uznesením zastaví, ak žalobca vzal žalobu späť skôr, ako správny súd vo veci rozhodol. 5. Pretože žalobca vzal žalobu späť celkom, súd s poukazom na citované zákonné ustanovenia konanie zastavil. 6. O náhrade trov konania súd rozhodol podľa § 171 ods. 1 S.s.p., podľa ktorého ak účastník konania procesne zavinil zastavenie konania, správny súd prizná trovy konania ostatným účastníkom konania. Žalobca vzal žalobu späť v celom rozsahu v dôsledku skutočnosti, že žalovaný zastavil správne konanie, zastavil prešetrovanie a zlikvidoval dáta a dokumenty ako aj ich kópie, čím žalovaný procesne zavinil zastavenie konania. V zmysle vyššie citovanej procesnoprávnej úpravy je žalovaný povinný nahradiť trovy konania žalobcovi. O výške náhrady trov konania rozhodne správny súd po právoplatnosti rozhodnutia, ktorým sa konanie končí v zmysle § 175 ods. 2 S.s.p. Poučenie: Proti tomuto uzneseniu možno podať kasačnú sťažnosť v lehote jedného mesiaca od doručenia rozhodnutia, na Krajskom súde v Bratislave. V kasačnej sťažnosti sa musí okrem všeobecných náležitostí podania podľa § 57 uviesť označenie napadnutého rozhodnutia, údaj kedy napadnuté rozhodnutie bolo sťažovateľovi doručené, opísanie rozhodujúcich skutočností, aby bolo zrejmé, v akom rozsahu a z akých dôvodov podľa § 440 sa podáva a návrh výroku rozhodnutia. Sťažnostné body možno meniť len do uplynutia lehoty na podanie kasačnej sťažnosti. V konaní o kasačnej sťažnosti musí byť sťažovateľ alebo opomenutý sťažovateľ v zmysle § 449 ods. 1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https://www.kauzis.sk/judikatura/r/ECLI:SK:KSBA:2017:1016201940.1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