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1S/272/2016 z 9. 8. 2017</w:t>
      </w:r>
    </w:p>
    <w:p>
      <w:r>
        <w:t>Opravné uznesenie Krajského súdu Bratislava z 9. augusta 2017, sp. zn. 1S/272/2016, ECLI:SK:KSBA:2017:1016202565.3</w:t>
      </w:r>
    </w:p>
    <w:p>
      <w:r>
        <w:t>Súd: Krajský súd Bratislava</w:t>
      </w:r>
    </w:p>
    <w:p>
      <w:r>
        <w:t>Spisová značka: 1S/272/2016</w:t>
      </w:r>
    </w:p>
    <w:p>
      <w:r>
        <w:t>ECLI: ECLI:SK:KSBA:2017:1016202565.3</w:t>
      </w:r>
    </w:p>
    <w:p>
      <w:r>
        <w:t>Dátum vydania: 9. 8.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1S/272/2016 Identifikačné číslo súdneho spisu: 1016202565 Dátum vydania rozhodnutia: 10. 08. 2017 Meno a priezvisko sudcu, VSÚ: JUDr. Anna Peťovská PhD. ECLI: ECLI:SK:KSBA:2017:1016202565.3 Opravné uznesenie Krajský súd v Bratislave v právnej veci žalobcu: JOPI TRADE, spol. s r. o., Vlčany č. 155, 925 84 Vlčany, IČO: 34 127 313, zast.: AK GG, s.r.o., Agátová 2513/15, 924 01 Galanta, IČO: 50 954 709, proti žalovanému: Finančné riaditeľstvo Slovenskej republiky, Lazovná 63, 974 01 Banská Bystrica, v konaní o preskúmanie zákonnosti rozhodnutia žalovaného č. 103946983/2016 zo dňa 20.09.2016 a o oprave záhlavia rozsudku č.k. 1S/272/2016 - 223 zo dňa 29.06.2017, takto r o z h o d o l : Rozsudok Krajského súdu v Bratislave č.k. 1S/272/2016 - 223 zo dňa 29.06.2017 sa v záhlaví v časti označenia právneho zástupcu žalobcu opravuje tak, že správne znie: „zast.: AK GG, s.r.o., Agátová 2513/15, 924 01 Galanta, IČO: 50 954 709“ o d ô v o d n e n i e : 1. Žalobca sa žalobou doručenou tunajšiemu súdu dňa 25.11.2016 domáhal preskúmania zákonnosti rozhodnutia žalovaného č. 103946983/2016 zo dňa 20.09.2016, ktorým bolo potvrdené rozhodnutie Daňového úradu pre vybrané daňové subjekty č. 103406411/2016 zo dňa 27.06.2016, ktorým správca dane podľa § 68 ods. 5 zákona č. 563/2009 Z.z. vyrubil žalobcovi rozdiel dane v sume XX.XXX,XX eur za zdaňovacie obdobie február 2011. 2. Krajský súd v Bratislave rozsudkom č.k. 1S/272/2016 - 223 zo dňa 29.06.2017 rozhodol tak, že napadnuté rozhodnutie žalovaného č. 103946983/2016 zo dňa 20.09.2016 a rozhodnutie Daňového úradu pre vybrané daňové subjekty č. 103406411/2016 zo dňa 27.06.2016 zrušil podľa ust. § 191 ods. 1 písm. c), d), e) a g) Správneho súdneho poriadku a vec vrátil žalovanému na ďalšie konanie a žalobcovi priznal voči žalovanému úplnú náhradu trov konania. 3. Podľa § 143 Správneho súdneho poriadku (ďalej len „SSP“), správny súd kedykoľvek aj bez návrhu opraví v rozsudku chyby v písaní a počítaní, ako aj iné zrejmé nesprávnosti. O oprave vydá opravné uznesenie, ktoré doručí osobám uvedeným v § 142 ods. 1. 4. Podľa § 147 ods. 2 SSP, ak nie je ďalej ustanovené inak, použijú sa na uznesenie primerane ustanovenia o rozsudku vrátane ustanovenia § 139 ods. 4 a § 141. 5. Nakoľko Krajský súd v Bratislave zistil, že pri vyhotovení rozsudku došlo v záhlaví k chybe v písaní pri uvedení právneho zástupcu žalobcu, súd v zmysle § 143 SSP v spojení s § 147 ods. 2 SSP uvedenú chybu opravil. 6. Toto rozhodnutie senát Krajského súdu v Bratislave prijal pomerom hlasov 3 : 0 (§ 3 ods. 9 zákona č. 757/2004 Z.z. v znení zákona č. 33/2011). Poučenie: Proti tomuto uzneseniu nie je prípustná kasačná sťažnosť (§ 439 ods. 2 písm. a) SSP).</w:t>
      </w:r>
    </w:p>
    <w:p/>
    <w:p>
      <w:r>
        <w:t>Zdroj: KAUZIS.SK – https://www.kauzis.sk/judikatura/r/ECLI:SK:KSBA:2017:1016202565.3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