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1S/323/2016 z 16. 1. 2017</w:t>
      </w:r>
    </w:p>
    <w:p>
      <w:r>
        <w:t>Uznesenie Krajského súdu Bratislava z 16. januára 2017, sp. zn. 1S/323/2016, ECLI:SK:KSBA:2017:1016202804.1</w:t>
      </w:r>
    </w:p>
    <w:p>
      <w:r>
        <w:t>Súd: Krajský súd Bratislava</w:t>
      </w:r>
    </w:p>
    <w:p>
      <w:r>
        <w:t>Spisová značka: 1S/323/2016</w:t>
      </w:r>
    </w:p>
    <w:p>
      <w:r>
        <w:t>ECLI: ECLI:SK:KSBA:2017:1016202804.1</w:t>
      </w:r>
    </w:p>
    <w:p>
      <w:r>
        <w:t>Dátum vydania: 16. 1. 2017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1S/323/2016 Identifikačné číslo súdneho spisu: 1016202804 Dátum vydania rozhodnutia: 17. 01. 2017 Meno a priezvisko sudcu, VSÚ: JUDr. Monika Valašíková PhD. ECLI: ECLI:SK:KSBA:2017:1016202804.1 Uznesenie Krajský súd v Bratislave v právnej veci žalobcu: Ing. Juraj Halama - UČEBNÉ POMÔCKY SLOVAKIA, so sídlom Malachovská cesta 2101/17, 974 05 Banská Bystrica, IČO: 45 932 212, právne zastúpený: Mgr. Vladimíra Halamová, advokátka so sídlom nám. 14. října 1307/2, 150 00 Praha 5 - Smíchov, Česká republika, proti žalovanému: Slovenská obchodná inšpekcia, Ústredný inšpektorát Slovenskej obchodnej inšpekcie so sídlom v Bratislave, Prievozská 32, 827 99 Bratislava, o preskúmanie zákonnosti rozhodnutia žalovaného č. SK/0831/99/2015 zo dňa 21.11.2016, takto r o z h o d o l : Krajský súd v Bratislave p o s t u p u j e vec Krajskému súdu v Banskej Bystrici. o d ô v o d n e n i e : 1. Žalobou doručenou tunajšiemu správnemu súdu dňa 28.12.2016 sa žalobca domáha preskúmania zákonnosti rozhodnutia žalovaného č. SK/0831/99/2015 zo dňa 21.11.2016 v spojení s prvostupňovým rozhodnutím Inšpektorátu Slovenskej obchodnej inšpekcie v Banskej Bystrici pre Banskobystrický kraj č. PV/0230/06/15 zo dňa 27.10.2015 s návrhom na ich zrušenie a vrátenie veci žalovanému na ďalšie konanie. 2. Dňa 01.07.2016 nadobudli účinnosť tri procesné kódexy - Civilný sporový poriadok (zákon č. 160/2015 Z. z.), Civilný mimosporový poriadok (zákon č. 161/2015 Z. z.) a Správny súdny poriadok (zákon č. 162/2015 Z. z.), ktoré nahradili doteraz platný Občiansky súdny poriadok (zákon č. 99/1963 Zb.). V správnom súdnictve správny súd postupuje v zmysle Správneho súdneho poriadku. 3. Podľa § 97 SSP, ak tento zákon neustanovuje inak, správny súd kedykoľvek počas konania prihliada na to, či sú splnené podmienky, za ktorých môže správny súd konať a rozhodnúť (ďalej len "procesné podmienky"). 4. Podľa § 10 SSP, na konanie a rozhodovanie v správnom súdnictve sú vecne príslušné krajské súdy, ak tento zákon neustanovuje inak. 5. Podľa ust. § 11 ods. 1 O.s.p. konanie sa uskutočňuje na tom súde, ktorý je vecne a miestne príslušný. Príslušnosť sa určuje podľa okolností, ktoré tu sú v čase začatia konania a trvá až do jeho skončenia. 6. Podľa § 13 ods. 1 SSP, miestne príslušným je krajský súd, v ktorého obvode má sídlo orgán verejnej správy, ktorý rozhodol v prvom stupni, ak tento zákon neustanovuje inak. 7. Podľa § 18 ods. 2 SSP, ak správny súd zistí, že nie je vecne, miestne alebo kauzálne príslušný, postúpi vec uznesením príslušnému správnemu súdu. Nižší správny súd je postúpením veci vyšším správnym súdom viazaný. 8. Podľa § 18 ods. 5 SSP, právne účinky spojené s podaním žaloby alebo iného podania zostávajú pri postúpení veci zachované. 9. V uvedenej právnej veci správny súd po skúmaní procesných podmienok zistil, že nie je miestne príslušný na konanie o podanej žalobe. V prejednávanej veci rozhodoval v prvom stupni Inšpektorát Slovenskej obchodnej inšpekcie v Banskej Bystrici pre Banskobystrický kraj, ktorý má sídlo v Banskej Bystrici a teda miestne (aj vecne) príslušným je Krajský súd v Banskej Bystrici, keďže v jeho obvode má sídlo orgán verejnej správy, ktorý vo veci rozhodoval v prvom stupni. 10. Nakoľko v uvedenej veci bolo zistené, že Krajský súd v Bratislave nie je miestne príslušným na konanie v predmetnej veci, vec bude po právoplatnosti tohto uznesenia postúpená Krajskému súdu v Banskej Bystrici. Poučenie: Proti tomuto uzneseniu nie je prípustná kasačná sťažnosť (§ 439 ods. 2 písm. d) SSP).</w:t>
      </w:r>
    </w:p>
    <w:p/>
    <w:p>
      <w:r>
        <w:t>Zdroj: KAUZIS.SK – https://www.kauzis.sk/judikatura/r/ECLI:SK:KSBA:2017:1016202804.1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