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5S/1/2017 z 27. 3. 2017</w:t>
      </w:r>
    </w:p>
    <w:p>
      <w:r>
        <w:t>Uznesenie Krajského súdu Bratislava z 27. marca 2017, sp. zn. 5S/1/2017, ECLI:SK:KSBA:2017:1017200009.1</w:t>
      </w:r>
    </w:p>
    <w:p>
      <w:r>
        <w:t>Súd: Krajský súd Bratislava</w:t>
      </w:r>
    </w:p>
    <w:p>
      <w:r>
        <w:t>Spisová značka: 5S/1/2017</w:t>
      </w:r>
    </w:p>
    <w:p>
      <w:r>
        <w:t>ECLI: ECLI:SK:KSBA:2017:1017200009.1</w:t>
      </w:r>
    </w:p>
    <w:p>
      <w:r>
        <w:t>Dátum vydania: 27.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5S/1/2017 Identifikačné číslo súdneho spisu: 1017200009 Dátum vydania rozhodnutia: 28. 03. 2017 Meno a priezvisko sudcu, VSÚ: JUDr. Viera Šebestová ECLI: ECLI:SK:KSBA:2017:1017200009.1 Uznesenie Krajský súd v Bratislave v právnej veci žalobcu: Trenčianska univerzita Alexandra Dubčeka v Trenčíne, so sídlom: Študentská 2, 911 50 Trenčín, IČO: 31 118 259, zastúpený: MAPLE &amp; FISH s.r.o., so sídlom: Dunajská 15/A, 811 08 Bratislava, proti žalovanému v 1. rade: Výskumná agentúra, so sídlom: Hanulova 5/B, 841 01 Bratislava, žalovanému v 2. rade: Ministerstvo školstva, vedy, výskumu a športu SR, so sídlom: Stromová 1, 813 30 Bratislava, o preskúmanie zákonnosti rozhodnutia žalovaného - Správa o zistenej nezrovnalosti č. N21601934/O02 zo dňa 07.12.2016 a Žiadosť o vrátenie finančných prostriedkov č. 26210120019/Z03 zo dňa 31.10.2016, takto r o z h o d o l : Krajský súd v Bratislave konanie z a s t a v u j e . Žiaden z účastníkov nemá právo na náhradu trov konania. Krajský súd v Bratislave vracia žalobcovi súdny poplatok za žalobu vo výške 63,30 eur prostredníctvom Slovenskej pošty, a.s., CVFT, OSA, Thurzova 1, 042 21 Košice, po nadobudnutí právoplatnosti tohto uznesenia. o d ô v o d n e n i e : 1. Žalobca sa žalobou doručenou súdu dňa 02.01.2017 domáhal preskúmanie zákonnosti rozhodnutia žalovaného - Správa o zistenej nezrovnalosti č. N21601934/O02 zo dňa 07.12.2016 a Žiadosť o vrátenie finančných prostriedkov č. 26210120019/Z03 zo dňa 31.10.2016projektu 26210120019 Dobudovania technickej infraštruktúry pre rozvoj vedy a výskumu na Trenčianskej univerzite Alexandra Dubčeka prostredníctvom hyperbarickej oxygenoterapie. 2. Podaním doručeným správnemu súdu dňa 27.03.2017 zobral žalobca žalobu v celom rozsahu späť a navrhol konanie zastaviť podľa § 63 SSP. 3.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zobral späť žalobu pred rozhodnutím veci, správny súd v súlade s § 99 písm. a) SSP konanie zastavil. 6. O náhrade trov konania správny súd rozhodol podľa § 170 písm. b) tak, že žiaden z účastníkov nemá právo na náhradu trov konania, nakoľko konanie bolo zastavené. 7. Žalobca zaplatil súdny poplatok vo výške 70,- eur, keďže súd konanie podľa § 99 písm. a/ SSP zastavil, správny súd zároveň rozhodol o vrátení súdneho poplatku kráteného o sumu 6,70 eur podľa § 11 ods. 3 veta tretia a § 11 ods. 4 veta prvá zákona č. 71/1992 Zb. tak, ako je to uvedené vo výroku uznesenia. 8. Toto rozhodnutie senát Krajského súdu v Bratislave prijal pomerom hlasov 3 : 0 (§ 3 ods. 9 zákona č. 757/2004 Z. z. v znení zákona č. 33/2011 Z. z.). Poučenie: Proti tomuto uzneseniu možno podať kasačnú sťažnosť v lehote 30dní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https://www.kauzis.sk/judikatura/r/ECLI:SK:KSBA:2017:1017200009.1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