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5S/2/2017 z 29. 5. 2017</w:t>
      </w:r>
    </w:p>
    <w:p>
      <w:r>
        <w:t>Uznesenie Krajského súdu Bratislava z 29. mája 2017, sp. zn. 5S/2/2017, ECLI:SK:KSBA:2017:1017200014.1</w:t>
      </w:r>
    </w:p>
    <w:p>
      <w:r>
        <w:t>Súd: Krajský súd Bratislava</w:t>
      </w:r>
    </w:p>
    <w:p>
      <w:r>
        <w:t>Spisová značka: 5S/2/2017</w:t>
      </w:r>
    </w:p>
    <w:p>
      <w:r>
        <w:t>ECLI: ECLI:SK:KSBA:2017:1017200014.1</w:t>
      </w:r>
    </w:p>
    <w:p>
      <w:r>
        <w:t>Dátum vydania: 29. 5.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5S/2/2017 Identifikačné číslo súdneho spisu: 1017200014 Dátum vydania rozhodnutia: 30. 05. 2017 Meno a priezvisko sudcu, VSÚ: JUDr. Dáša Filová ECLI: ECLI:SK:KSBA:2017:1017200014.1 Uznesenie Krajský súd v Bratislave v právnej veci žalobcu: STARKL záhradník s. r. o., Senecká cesta 2553, 900 27 Bernolákovo, IČO: 31 447 074, zastúpený: JUDr. Ján Vician, advokát, Prievozská 14/A, 821 09 Bratislava, proti žalovanému: Slovenská obchodná inšpekcia, Ústredný inšpektorát Slovenskej obchodnej inšpekcie so sídlom v Bratislave, Prievozská 32, poštový priečinok 29, 827 99 Bratislava, o preskúmanie zákonnosti rozhodnutia žalovaného č. SK/0288/99/2016 zo dňa 08.11.2016, takto r o z h o d o l : Správny súd konanie z a s t a v u j e. Žalobcovi správny súd p r i z n á v a voči žalovanému náhradu trov konania v plnom rozsahu. Správny súd v r a c i a žalobcovi krátený súdny poplatok za podanie žaloby vo výške 63,30 eur prostredníctvom prevádzkovateľa systému - Slovenskej pošty, a.s., so sídlom Partizánska cesta 9, 975 99 Banská Bystrica na účet IBAN: SK72 1100 0000 0026 2484 4040, po právoplatnosti tohto uznesenia. o d ô v o d n e n i e : 1. Správnou žalobou podanou na tunajšom správnom súde dňa 03.01.2017 sa žalobca domáhal preskúmania zákonnosti rozhodnutia žalovaného č. SK/0288/99/2016 zo dňa 08.11.2016, ktorým žalovaný zamietol odvolanie žalobcu a potvrdil rozhodnutie Inšpektorátu Slovenskej obchodnej inšpekcie so sídlom v Bratislave pre Bratislavský kraj č. D/0410/01/2015 zo dňa 15.04.2016. Prvostupňovým rozhodnutím bola žalobcovi uložená peňažná pokuta vo výške 800,00 eur pre porušenie § 3 ods. 1 písm. g), h), i), k) a l) zákona č. 102/2014 Z. z. o ochrane spotrebiteľa pri predaji tovaru alebo poskytovaní služieb na základe zmluvy uzavretej na diaľku alebo zmluvy uzavretej mimo prevádzkových priestorov predávajúceho a o zmene a doplnení niektorých zákonov v znení neskorších predpisov. Žalobca žiadal, aby súd žalobou napadnuté rozhodnutia zrušil a vec vrátil žalovanému na ďalšie konanie. Zároveň sa domáhal náhrady trov konania. 2. V podaní doručenom správnemu súdu dňa 24.05.2017 žalobca súdu oznámil, že na základe ním podaného podnetu na podanie protestu prokurátora Kd 438/16/1100-6 Ministerstvo hospodárstva SR, ako nadriadený orgán Slovenskej obchodnej inšpekcie, rozhodnutím č. 18085/2017-3030-15684 zo dňa 30.03.2017, ktoré nadobudlo právoplatnosť dňa 24.04.2017, zrušilo ako nezákonné rozhodnutie Ústredného inšpektorátu Slovenskej obchodnej inšpekcie so sídlom v Bratislave č. SK/0288/99/2016 zo dňa 08.11.2016 v spojení s prvostupňovým rozhodnutím Inšpektorátu Slovenskej obchodnej inšpekcie so sídlom v Bratislave pre Bratislavský kraj č. D/0410/01/2015 zo dňa 15.04.2016 a vec vrátilo na ďalšie konanie. Z uvedeného dôvodu zobral žalobca žalobu pred prejednaním veci v celom rozsahu späť a konanie vo veci žiadal zastaviť. Zároveň požiadal o vrátenie zaplateného súdneho poplatku a s poukazom na § 171 ods. 1 SSP o náhradu trov konania z dôvodu procesného zavinenia zastavenia konania spôsobeného žalovaným z titulu zrušenia napadnutého rozhodnutia žalovaného pred prejednaním veci. 3. Podľa § 63 zákona č. 162/2015 Z. z. Správny súdny poriadok (ďalej len „SSP“), žalobca môže do vydania rozhodnutia správneho súdu vziať žalobu späť, a to sčasti alebo celkom. Ak je žaloba vzatá späť celkom, správny súd konanie zastaví. Ak je žaloba vzatá späť sčasti, správny súd konanie v tejto časti zastaví. O čiastočnom späťvzatí žaloby rozhodne správny súd v rozhodnutí vo veci samej. 4. Podľa § 99 písm. a) SSP, správny súd konanie uznesením zastaví, ak žalobca vzal žalobu späť skôr, ako správny súd vo veci rozhodol. 5. Nakoľko žalobca vzal späť žalobu pred rozhodnutím veci, správny súd v súlade s ustanovením § 99 písm. a) SSP konanie zastavil. 6. Podľa § 171 ods. 1 SSP, ak účastník konania procesne zavinil odmietnutie žaloby alebo zastavenie konania, správny súd prizná trovy konania ostatným účastníkom konania. 7. V prípade zastavenia konania vo všeobecnosti platí, že žiaden z účastníkov nemá právo na náhradu trov konania. Z tejto zásady však existuje výnimka uvedená v § 171 ods. 1 SSP, v rámci ktorej sa skúma otázka zavinenia, t.j. či niektorý z účastníkov konania zavinil, že sa konanie muselo zastaviť, pričom zavinenie sa skúma výlučne z hľadiska procesného, z hľadiska procesného výsledku. Tam, kde zastavenie konania bolo zavinené niektorým účastníkom, súd prizná druhému účastníkovi náhradu trov konania, ktoré v konaní účelne vynaložil na účelné uplatňovanie alebo bránenie práva. 8. O trovách konania správny súd rozhodol podľa § 171 ods. 1 SSP tak, že žalobcovi priznal voči žalovanému náhradu trov konania v plnom rozsahu, nakoľko žalobca podal žalobu dôvodne a k jej späťvzatiu došlo v dôsledku zrušenia napadnutého rozhodnutia žalovaného pre jeho nezákonnosť na základe protestu prokurátora po podaní žaloby. 9. Podľa § 11 ods. 3 veta tretia zákona č. 71/1992 Zb. o súdnych poplatkoch a poplatku za výpis z registra trestov, sa žalobcovi vráti v konaní pred správnym súdom súdny poplatok, ak sa konanie zastavilo, ak sa správna žaloba, kasačná sťažnosť alebo žaloba na obnovu konania odmietla alebo vzala späť pred prejednaním veci. S poukazom na citované zákonné ustanovenie správny súd vracia žalobcovi krátený súdny poplatok vo výške 63,30 eur prostredníctvom prevádzkovateľa systému - Slovenskej pošty, a.s. 10. Toto rozhodnutie senát Krajského súdu v Bratislave prijal pomerom hlasov 3 : 0 (§ 3 ods. 9 zákona č. 757/2004 Z. z. v znení zákona č. 33/2011 Z. z.). Poučenie: Proti tomuto uzneseniu možno podať kasačnú sťažnosť v lehote jedného mesiaca od jeho doručenia, na Krajský súd v Bratislave. V kasačnej sťažnosti sa má popri všeobecných náležitostiach (§ 57 SSP) uviesť označenie napadnutého rozhodnutia, údaj, kedy bolo napadnuté rozhodnutie doručené sťažovateľovi,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SSP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https://www.kauzis.sk/judikatura/r/ECLI:SK:KSBA:2017:1017200014.1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